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20" w:before="0"/>
      </w:pPr>
      <w:r>
        <w:rPr>
          <w:rFonts w:ascii="Calibri" w:hAnsi="Calibri"/>
          <w:b/>
          <w:i w:val="0"/>
          <w:color w:val="1F2937"/>
          <w:sz w:val="24"/>
        </w:rPr>
        <w:t>[Prénom NOM]</w:t>
      </w:r>
    </w:p>
    <w:p>
      <w:pPr>
        <w:spacing w:after="20" w:before="0"/>
      </w:pPr>
      <w:r>
        <w:rPr>
          <w:rFonts w:ascii="Calibri" w:hAnsi="Calibri"/>
          <w:b w:val="0"/>
          <w:i w:val="0"/>
          <w:color w:val="556070"/>
          <w:sz w:val="20"/>
        </w:rPr>
        <w:t>[Adresse]</w:t>
      </w:r>
    </w:p>
    <w:p>
      <w:pPr>
        <w:spacing w:after="20" w:before="0"/>
      </w:pPr>
      <w:r>
        <w:rPr>
          <w:rFonts w:ascii="Calibri" w:hAnsi="Calibri"/>
          <w:b w:val="0"/>
          <w:i w:val="0"/>
          <w:color w:val="556070"/>
          <w:sz w:val="20"/>
        </w:rPr>
        <w:t>[Code postal – Ville]</w:t>
      </w:r>
    </w:p>
    <w:p>
      <w:pPr>
        <w:spacing w:after="20" w:before="0"/>
      </w:pPr>
      <w:r>
        <w:rPr>
          <w:rFonts w:ascii="Calibri" w:hAnsi="Calibri"/>
          <w:b w:val="0"/>
          <w:i w:val="0"/>
          <w:color w:val="556070"/>
          <w:sz w:val="20"/>
        </w:rPr>
        <w:t>[Téléphone] – [Email]</w:t>
      </w:r>
    </w:p>
    <w:p>
      <w:pPr>
        <w:spacing w:after="20" w:before="0"/>
        <w:jc w:val="right"/>
      </w:pPr>
      <w:r>
        <w:rPr>
          <w:rFonts w:ascii="Calibri" w:hAnsi="Calibri"/>
          <w:b w:val="0"/>
          <w:i w:val="0"/>
          <w:color w:val="1F2937"/>
          <w:sz w:val="20"/>
        </w:rPr>
        <w:t>[Nom de l’entreprise]</w:t>
      </w:r>
    </w:p>
    <w:p>
      <w:pPr>
        <w:spacing w:after="20" w:before="0"/>
        <w:jc w:val="right"/>
      </w:pPr>
      <w:r>
        <w:rPr>
          <w:rFonts w:ascii="Calibri" w:hAnsi="Calibri"/>
          <w:b w:val="0"/>
          <w:i w:val="0"/>
          <w:color w:val="1F2937"/>
          <w:sz w:val="20"/>
        </w:rPr>
        <w:t>À l’attention de [Nom du recruteur]</w:t>
      </w:r>
    </w:p>
    <w:p>
      <w:pPr>
        <w:spacing w:after="20" w:before="0"/>
        <w:jc w:val="right"/>
      </w:pPr>
      <w:r>
        <w:rPr>
          <w:rFonts w:ascii="Calibri" w:hAnsi="Calibri"/>
          <w:b w:val="0"/>
          <w:i w:val="0"/>
          <w:color w:val="1F2937"/>
          <w:sz w:val="20"/>
        </w:rPr>
        <w:t>[Adresse de l’entreprise]</w:t>
      </w:r>
    </w:p>
    <w:p>
      <w:pPr>
        <w:spacing w:after="120" w:before="0"/>
      </w:pPr>
      <w:r>
        <w:rPr>
          <w:rFonts w:ascii="Calibri" w:hAnsi="Calibri"/>
          <w:b w:val="0"/>
          <w:i w:val="0"/>
          <w:color w:val="1F2937"/>
          <w:sz w:val="22"/>
        </w:rPr>
      </w:r>
    </w:p>
    <w:p>
      <w:pPr>
        <w:spacing w:after="240" w:before="0"/>
        <w:jc w:val="right"/>
      </w:pPr>
      <w:r>
        <w:rPr>
          <w:rFonts w:ascii="Calibri" w:hAnsi="Calibri"/>
          <w:b w:val="0"/>
          <w:i w:val="0"/>
          <w:color w:val="1F2937"/>
          <w:sz w:val="22"/>
        </w:rPr>
        <w:t>[Ville], le [date]</w:t>
      </w:r>
    </w:p>
    <w:p>
      <w:pPr>
        <w:spacing w:after="280" w:before="0"/>
      </w:pPr>
      <w:r>
        <w:rPr>
          <w:rFonts w:ascii="Calibri" w:hAnsi="Calibri"/>
          <w:b/>
          <w:i w:val="0"/>
          <w:color w:val="1F2937"/>
          <w:sz w:val="22"/>
        </w:rPr>
        <w:t>Objet : Candidature au poste de secrétaire médicale</w:t>
      </w:r>
    </w:p>
    <w:p>
      <w:pPr>
        <w:spacing w:after="200" w:before="0"/>
      </w:pPr>
      <w:r>
        <w:rPr>
          <w:rFonts w:ascii="Calibri" w:hAnsi="Calibri"/>
          <w:b w:val="0"/>
          <w:i w:val="0"/>
          <w:color w:val="1F2937"/>
          <w:sz w:val="22"/>
        </w:rPr>
        <w:t>Madame, Monsieur,</w:t>
      </w:r>
    </w:p>
    <w:p>
      <w:pPr>
        <w:spacing w:after="200" w:before="0"/>
        <w:jc w:val="both"/>
      </w:pPr>
      <w:r>
        <w:rPr>
          <w:rFonts w:ascii="Calibri" w:hAnsi="Calibri"/>
          <w:b w:val="0"/>
          <w:i w:val="0"/>
          <w:color w:val="1F2937"/>
          <w:sz w:val="22"/>
        </w:rPr>
        <w:t>Votre annonce pour un poste de secrétaire médicale au sein de [nom de la structure] a retenu toute mon attention. Titulaire [d'un titre / d'une formation de secrétaire médicale] et forte de [X années] d'expérience en cabinet [de spécialité / de médecine générale], je souhaite mettre mon sens de l'accueil et ma rigueur administrative au service de votre équipe et de vos patients.</w:t>
      </w:r>
    </w:p>
    <w:p>
      <w:pPr>
        <w:spacing w:after="200" w:before="0"/>
        <w:jc w:val="both"/>
      </w:pPr>
      <w:r>
        <w:rPr>
          <w:rFonts w:ascii="Calibri" w:hAnsi="Calibri"/>
          <w:b w:val="0"/>
          <w:i w:val="0"/>
          <w:color w:val="1F2937"/>
          <w:sz w:val="22"/>
        </w:rPr>
        <w:t>Au cours de mes précédentes fonctions, j'ai assuré l'accueil physique et téléphonique, la gestion de l'agenda de [nombre] praticiens et la tenue des dossiers patients. Je maîtrise les logiciels [Doctolib / Weda / Médistory / autre] ainsi que la télétransmission SESAM-Vitale, et je frappe avec fluidité comptes rendus et courriers grâce à une bonne connaissance de la terminologie médicale. Organisée et réactive, je sais gérer les priorités d'un secrétariat à fort volume sans négliger la qualité de l'accueil.</w:t>
      </w:r>
    </w:p>
    <w:p>
      <w:pPr>
        <w:spacing w:after="200" w:before="0"/>
        <w:jc w:val="both"/>
      </w:pPr>
      <w:r>
        <w:rPr>
          <w:rFonts w:ascii="Calibri" w:hAnsi="Calibri"/>
          <w:b w:val="0"/>
          <w:i w:val="0"/>
          <w:color w:val="1F2937"/>
          <w:sz w:val="22"/>
        </w:rPr>
        <w:t>Consciente que la confidentialité est au cœur de ce métier, j'accorde une attention constante au respect du secret professionnel et à la protection des données de santé. Mon sens de l'écoute et ma discrétion me permettent d'instaurer un climat de confiance avec les patients, y compris dans les situations délicates ou de forte affluence. Je serais heureuse de mettre ces qualités au service de [nom de la structure].</w:t>
      </w:r>
    </w:p>
    <w:p>
      <w:pPr>
        <w:spacing w:after="200" w:before="0"/>
        <w:jc w:val="both"/>
      </w:pPr>
      <w:r>
        <w:rPr>
          <w:rFonts w:ascii="Calibri" w:hAnsi="Calibri"/>
          <w:b w:val="0"/>
          <w:i w:val="0"/>
          <w:color w:val="1F2937"/>
          <w:sz w:val="22"/>
        </w:rPr>
        <w:t>Je me tiens à votre disposition pour un entretien au cours duquel je pourrai vous exposer plus en détail ma motivation. Dans cette attente, je vous prie d'agréer, Madame, Monsieur, l'expression de mes salutations distinguées.</w:t>
      </w:r>
    </w:p>
    <w:p>
      <w:pPr>
        <w:spacing w:after="40" w:before="0"/>
        <w:jc w:val="right"/>
      </w:pPr>
      <w:r>
        <w:rPr>
          <w:rFonts w:ascii="Calibri" w:hAnsi="Calibri"/>
          <w:b/>
          <w:i w:val="0"/>
          <w:color w:val="1F2937"/>
          <w:sz w:val="22"/>
        </w:rPr>
        <w:t>[Prénom NOM]</w:t>
      </w:r>
    </w:p>
    <w:p>
      <w:pPr>
        <w:spacing w:after="0" w:before="0"/>
        <w:jc w:val="right"/>
      </w:pPr>
      <w:r>
        <w:rPr>
          <w:rFonts w:ascii="Calibri" w:hAnsi="Calibri"/>
          <w:b w:val="0"/>
          <w:i/>
          <w:color w:val="556070"/>
          <w:sz w:val="20"/>
        </w:rPr>
        <w:t>[Signature]</w:t>
      </w:r>
    </w:p>
    <w:sectPr w:rsidR="00FC693F" w:rsidRPr="0006063C" w:rsidSect="00034616">
      <w:pgSz w:w="12240" w:h="15840"/>
      <w:pgMar w:top="1134" w:right="1247" w:bottom="1134" w:left="124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