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0" w:before="0"/>
      </w:pPr>
      <w:r>
        <w:rPr>
          <w:rFonts w:ascii="Calibri" w:hAnsi="Calibri"/>
          <w:b/>
          <w:i w:val="0"/>
          <w:color w:val="1F2937"/>
          <w:sz w:val="24"/>
        </w:rPr>
        <w:t>[Prénom NOM]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[Adresse]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[Code postal – Ville]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[Téléphone] – [Email]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[Nom de l’entreprise]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À l’attention de [Nom du recruteur]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[Adresse de l’entreprise]</w:t>
      </w:r>
    </w:p>
    <w:p>
      <w:pPr>
        <w:spacing w:after="120" w:before="0"/>
      </w:pPr>
      <w:r>
        <w:rPr>
          <w:rFonts w:ascii="Calibri" w:hAnsi="Calibri"/>
          <w:b w:val="0"/>
          <w:i w:val="0"/>
          <w:color w:val="1F2937"/>
          <w:sz w:val="22"/>
        </w:rPr>
      </w:r>
    </w:p>
    <w:p>
      <w:pPr>
        <w:spacing w:after="240" w:before="0"/>
        <w:jc w:val="right"/>
      </w:pPr>
      <w:r>
        <w:rPr>
          <w:rFonts w:ascii="Calibri" w:hAnsi="Calibri"/>
          <w:b w:val="0"/>
          <w:i w:val="0"/>
          <w:color w:val="1F2937"/>
          <w:sz w:val="22"/>
        </w:rPr>
        <w:t>[Ville], le [date]</w:t>
      </w:r>
    </w:p>
    <w:p>
      <w:pPr>
        <w:spacing w:after="280" w:before="0"/>
      </w:pPr>
      <w:r>
        <w:rPr>
          <w:rFonts w:ascii="Calibri" w:hAnsi="Calibri"/>
          <w:b/>
          <w:i w:val="0"/>
          <w:color w:val="1F2937"/>
          <w:sz w:val="22"/>
        </w:rPr>
        <w:t>Objet : Candidature pour un job étudiant en vente — saison été [année]</w:t>
      </w:r>
    </w:p>
    <w:p>
      <w:pPr>
        <w:spacing w:after="200" w:before="0"/>
      </w:pPr>
      <w:r>
        <w:rPr>
          <w:rFonts w:ascii="Calibri" w:hAnsi="Calibri"/>
          <w:b w:val="0"/>
          <w:i w:val="0"/>
          <w:color w:val="1F2937"/>
          <w:sz w:val="22"/>
        </w:rPr>
        <w:t>Madame, Monsieur,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Actuellement étudiante en [filière] à [établissement], je recherche un emploi saisonnier pour la période estivale et souhaite rejoindre votre équipe de [nom de l'enseigne]. Cliente régulière de votre magasin de [ville], j'apprécie l'accueil et le conseil que vous offrez, et c'est tout naturellement que je me tourne vers vous pour un poste de vendeuse.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Je suis pleinement disponible du [1er juillet] au [31 août inclus], en semaine comme les week-ends, y compris en horaires décalés. Autonome dans mes déplacements, je peux m'adapter à vos plannings et aux périodes de forte affluence. M'engager sur toute la durée de la saison ne me pose aucune difficulté.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Si je débute dans la vente, j'ai déjà éprouvé le sens du service et le travail en équipe lors de [expérience : baby-sitting régulier, bénévolat, événement associatif]. Ponctuelle et sérieuse, j'apprends vite et j'aime le contact avec le public. Je saurai représenter votre enseigne avec le sourire, même lors des journées les plus chargées.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Je me tiens à votre disposition pour un entretien, à la date qui vous conviendra, afin de vous exposer ma motivation de vive voix. Dans l'attente de votre réponse, je vous prie d'agréer, Madame, Monsieur, l'expression de mes salutations distinguées.</w:t>
      </w:r>
    </w:p>
    <w:p>
      <w:pPr>
        <w:spacing w:after="40" w:before="0"/>
        <w:jc w:val="right"/>
      </w:pPr>
      <w:r>
        <w:rPr>
          <w:rFonts w:ascii="Calibri" w:hAnsi="Calibri"/>
          <w:b/>
          <w:i w:val="0"/>
          <w:color w:val="1F2937"/>
          <w:sz w:val="22"/>
        </w:rPr>
        <w:t>[Prénom NOM]</w:t>
      </w:r>
    </w:p>
    <w:p>
      <w:pPr>
        <w:spacing w:after="0" w:before="0"/>
        <w:jc w:val="right"/>
      </w:pPr>
      <w:r>
        <w:rPr>
          <w:rFonts w:ascii="Calibri" w:hAnsi="Calibri"/>
          <w:b w:val="0"/>
          <w:i/>
          <w:color w:val="556070"/>
          <w:sz w:val="20"/>
        </w:rPr>
        <w:t>[Signature]</w:t>
      </w:r>
    </w:p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