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20" w:before="0"/>
      </w:pPr>
      <w:r>
        <w:rPr>
          <w:rFonts w:ascii="Calibri" w:hAnsi="Calibri"/>
          <w:b/>
          <w:i w:val="0"/>
          <w:color w:val="1F2937"/>
          <w:sz w:val="24"/>
        </w:rPr>
        <w:t>[Prénom NOM]</w:t>
      </w:r>
    </w:p>
    <w:p>
      <w:pPr>
        <w:spacing w:after="20" w:before="0"/>
      </w:pPr>
      <w:r>
        <w:rPr>
          <w:rFonts w:ascii="Calibri" w:hAnsi="Calibri"/>
          <w:b w:val="0"/>
          <w:i w:val="0"/>
          <w:color w:val="556070"/>
          <w:sz w:val="20"/>
        </w:rPr>
        <w:t>[Adresse]</w:t>
      </w:r>
    </w:p>
    <w:p>
      <w:pPr>
        <w:spacing w:after="20" w:before="0"/>
      </w:pPr>
      <w:r>
        <w:rPr>
          <w:rFonts w:ascii="Calibri" w:hAnsi="Calibri"/>
          <w:b w:val="0"/>
          <w:i w:val="0"/>
          <w:color w:val="556070"/>
          <w:sz w:val="20"/>
        </w:rPr>
        <w:t>[Code postal – Ville]</w:t>
      </w:r>
    </w:p>
    <w:p>
      <w:pPr>
        <w:spacing w:after="20" w:before="0"/>
      </w:pPr>
      <w:r>
        <w:rPr>
          <w:rFonts w:ascii="Calibri" w:hAnsi="Calibri"/>
          <w:b w:val="0"/>
          <w:i w:val="0"/>
          <w:color w:val="556070"/>
          <w:sz w:val="20"/>
        </w:rPr>
        <w:t>[Téléphone] – [Email]</w:t>
      </w:r>
    </w:p>
    <w:p>
      <w:pPr>
        <w:spacing w:after="20" w:before="0"/>
        <w:jc w:val="right"/>
      </w:pPr>
      <w:r>
        <w:rPr>
          <w:rFonts w:ascii="Calibri" w:hAnsi="Calibri"/>
          <w:b w:val="0"/>
          <w:i w:val="0"/>
          <w:color w:val="1F2937"/>
          <w:sz w:val="20"/>
        </w:rPr>
        <w:t>[Nom de l’entreprise]</w:t>
      </w:r>
    </w:p>
    <w:p>
      <w:pPr>
        <w:spacing w:after="20" w:before="0"/>
        <w:jc w:val="right"/>
      </w:pPr>
      <w:r>
        <w:rPr>
          <w:rFonts w:ascii="Calibri" w:hAnsi="Calibri"/>
          <w:b w:val="0"/>
          <w:i w:val="0"/>
          <w:color w:val="1F2937"/>
          <w:sz w:val="20"/>
        </w:rPr>
        <w:t>À l’attention de [Nom du recruteur]</w:t>
      </w:r>
    </w:p>
    <w:p>
      <w:pPr>
        <w:spacing w:after="20" w:before="0"/>
        <w:jc w:val="right"/>
      </w:pPr>
      <w:r>
        <w:rPr>
          <w:rFonts w:ascii="Calibri" w:hAnsi="Calibri"/>
          <w:b w:val="0"/>
          <w:i w:val="0"/>
          <w:color w:val="1F2937"/>
          <w:sz w:val="20"/>
        </w:rPr>
        <w:t>[Adresse de l’entreprise]</w:t>
      </w:r>
    </w:p>
    <w:p>
      <w:pPr>
        <w:spacing w:after="120" w:before="0"/>
      </w:pPr>
      <w:r>
        <w:rPr>
          <w:rFonts w:ascii="Calibri" w:hAnsi="Calibri"/>
          <w:b w:val="0"/>
          <w:i w:val="0"/>
          <w:color w:val="1F2937"/>
          <w:sz w:val="22"/>
        </w:rPr>
      </w:r>
    </w:p>
    <w:p>
      <w:pPr>
        <w:spacing w:after="240" w:before="0"/>
        <w:jc w:val="right"/>
      </w:pPr>
      <w:r>
        <w:rPr>
          <w:rFonts w:ascii="Calibri" w:hAnsi="Calibri"/>
          <w:b w:val="0"/>
          <w:i w:val="0"/>
          <w:color w:val="1F2937"/>
          <w:sz w:val="22"/>
        </w:rPr>
        <w:t>[Ville], le [date]</w:t>
      </w:r>
    </w:p>
    <w:p>
      <w:pPr>
        <w:spacing w:after="280" w:before="0"/>
      </w:pPr>
      <w:r>
        <w:rPr>
          <w:rFonts w:ascii="Calibri" w:hAnsi="Calibri"/>
          <w:b/>
          <w:i w:val="0"/>
          <w:color w:val="1F2937"/>
          <w:sz w:val="22"/>
        </w:rPr>
        <w:t>Objet : Candidature spontanée au poste de [intitulé du poste visé]</w:t>
      </w:r>
    </w:p>
    <w:p>
      <w:pPr>
        <w:spacing w:after="200" w:before="0"/>
      </w:pPr>
      <w:r>
        <w:rPr>
          <w:rFonts w:ascii="Calibri" w:hAnsi="Calibri"/>
          <w:b w:val="0"/>
          <w:i w:val="0"/>
          <w:color w:val="1F2937"/>
          <w:sz w:val="22"/>
        </w:rPr>
        <w:t>Madame, Monsieur,</w:t>
      </w:r>
    </w:p>
    <w:p>
      <w:pPr>
        <w:spacing w:after="200" w:before="0"/>
        <w:jc w:val="both"/>
      </w:pPr>
      <w:r>
        <w:rPr>
          <w:rFonts w:ascii="Calibri" w:hAnsi="Calibri"/>
          <w:b w:val="0"/>
          <w:i w:val="0"/>
          <w:color w:val="1F2937"/>
          <w:sz w:val="22"/>
        </w:rPr>
        <w:t>Le développement de [Nom de l'entreprise] sur le marché de [secteur / activité], illustré par [fait marquant récent : nouvelle implantation, lancement de produit, croissance…], a particulièrement retenu mon attention. Convaincu(e) que [enjeu identifié de l'entreprise] appelle des compétences en [domaine], je souhaite vous proposer ma collaboration en tant que [intitulé du poste].</w:t>
      </w:r>
    </w:p>
    <w:p>
      <w:pPr>
        <w:spacing w:after="200" w:before="0"/>
        <w:jc w:val="both"/>
      </w:pPr>
      <w:r>
        <w:rPr>
          <w:rFonts w:ascii="Calibri" w:hAnsi="Calibri"/>
          <w:b w:val="0"/>
          <w:i w:val="0"/>
          <w:color w:val="1F2937"/>
          <w:sz w:val="22"/>
        </w:rPr>
        <w:t>Fort(e) de [nombre] années d'expérience en [métier / domaine], j'ai notamment [réalisation concrète et chiffrée, ex. « réduit de 20 % les délais de traitement des commandes »] au sein de [ancienne entreprise ou contexte]. Ce parcours m'a permis de développer [compétence clé 1] et [compétence clé 2], directement utiles pour accompagner [Nom de l'entreprise] dans [projet ou enjeu identifié].</w:t>
      </w:r>
    </w:p>
    <w:p>
      <w:pPr>
        <w:spacing w:after="200" w:before="0"/>
        <w:jc w:val="both"/>
      </w:pPr>
      <w:r>
        <w:rPr>
          <w:rFonts w:ascii="Calibri" w:hAnsi="Calibri"/>
          <w:b w:val="0"/>
          <w:i w:val="0"/>
          <w:color w:val="1F2937"/>
          <w:sz w:val="22"/>
        </w:rPr>
        <w:t>Rejoindre vos équipes serait l'occasion de mettre cette expertise au service de [objectif commun : votre croissance, votre développement à l'international, la qualité de votre service…]. Mon autonomie et ma connaissance du secteur me permettraient de m'intégrer rapidement et de contribuer concrètement à [bénéfice attendu pour l'entreprise].</w:t>
      </w:r>
    </w:p>
    <w:p>
      <w:pPr>
        <w:spacing w:after="200" w:before="0"/>
        <w:jc w:val="both"/>
      </w:pPr>
      <w:r>
        <w:rPr>
          <w:rFonts w:ascii="Calibri" w:hAnsi="Calibri"/>
          <w:b w:val="0"/>
          <w:i w:val="0"/>
          <w:color w:val="1F2937"/>
          <w:sz w:val="22"/>
        </w:rPr>
        <w:t>Je serais ravi(e) de vous exposer ma motivation lors d'un entretien, à la date qui vous conviendra. Vous pouvez me joindre au [téléphone] ou par courriel à [adresse e-mail]. Dans l'attente de votre retour, je vous prie d'agréer, Madame [Nom], l'expression de mes salutations distinguées.</w:t>
      </w:r>
    </w:p>
    <w:p>
      <w:pPr>
        <w:spacing w:after="40" w:before="0"/>
        <w:jc w:val="right"/>
      </w:pPr>
      <w:r>
        <w:rPr>
          <w:rFonts w:ascii="Calibri" w:hAnsi="Calibri"/>
          <w:b/>
          <w:i w:val="0"/>
          <w:color w:val="1F2937"/>
          <w:sz w:val="22"/>
        </w:rPr>
        <w:t>[Prénom NOM]</w:t>
      </w:r>
    </w:p>
    <w:p>
      <w:pPr>
        <w:spacing w:after="0" w:before="0"/>
        <w:jc w:val="right"/>
      </w:pPr>
      <w:r>
        <w:rPr>
          <w:rFonts w:ascii="Calibri" w:hAnsi="Calibri"/>
          <w:b w:val="0"/>
          <w:i/>
          <w:color w:val="556070"/>
          <w:sz w:val="20"/>
        </w:rPr>
        <w:t>[Signature]</w:t>
      </w:r>
    </w:p>
    <w:sectPr w:rsidR="00FC693F" w:rsidRPr="0006063C" w:rsidSect="00034616">
      <w:pgSz w:w="12240" w:h="15840"/>
      <w:pgMar w:top="1134" w:right="1247" w:bottom="1134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