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20" w:before="0"/>
      </w:pPr>
      <w:r>
        <w:rPr>
          <w:rFonts w:ascii="Calibri" w:hAnsi="Calibri"/>
          <w:b/>
          <w:i w:val="0"/>
          <w:color w:val="1F2937"/>
          <w:sz w:val="24"/>
        </w:rPr>
        <w:t>[Prénom NOM]</w:t>
      </w:r>
    </w:p>
    <w:p>
      <w:pPr>
        <w:spacing w:after="20" w:before="0"/>
      </w:pPr>
      <w:r>
        <w:rPr>
          <w:rFonts w:ascii="Calibri" w:hAnsi="Calibri"/>
          <w:b w:val="0"/>
          <w:i w:val="0"/>
          <w:color w:val="556070"/>
          <w:sz w:val="20"/>
        </w:rPr>
        <w:t>[Adresse]</w:t>
      </w:r>
    </w:p>
    <w:p>
      <w:pPr>
        <w:spacing w:after="20" w:before="0"/>
      </w:pPr>
      <w:r>
        <w:rPr>
          <w:rFonts w:ascii="Calibri" w:hAnsi="Calibri"/>
          <w:b w:val="0"/>
          <w:i w:val="0"/>
          <w:color w:val="556070"/>
          <w:sz w:val="20"/>
        </w:rPr>
        <w:t>[Code postal – Ville]</w:t>
      </w:r>
    </w:p>
    <w:p>
      <w:pPr>
        <w:spacing w:after="20" w:before="0"/>
      </w:pPr>
      <w:r>
        <w:rPr>
          <w:rFonts w:ascii="Calibri" w:hAnsi="Calibri"/>
          <w:b w:val="0"/>
          <w:i w:val="0"/>
          <w:color w:val="556070"/>
          <w:sz w:val="20"/>
        </w:rPr>
        <w:t>[Téléphone] – [Email]</w:t>
      </w:r>
    </w:p>
    <w:p>
      <w:pPr>
        <w:spacing w:after="20" w:before="0"/>
        <w:jc w:val="right"/>
      </w:pPr>
      <w:r>
        <w:rPr>
          <w:rFonts w:ascii="Calibri" w:hAnsi="Calibri"/>
          <w:b w:val="0"/>
          <w:i w:val="0"/>
          <w:color w:val="1F2937"/>
          <w:sz w:val="20"/>
        </w:rPr>
        <w:t>[Nom de l’entreprise]</w:t>
      </w:r>
    </w:p>
    <w:p>
      <w:pPr>
        <w:spacing w:after="20" w:before="0"/>
        <w:jc w:val="right"/>
      </w:pPr>
      <w:r>
        <w:rPr>
          <w:rFonts w:ascii="Calibri" w:hAnsi="Calibri"/>
          <w:b w:val="0"/>
          <w:i w:val="0"/>
          <w:color w:val="1F2937"/>
          <w:sz w:val="20"/>
        </w:rPr>
        <w:t>À l’attention de [Nom du recruteur]</w:t>
      </w:r>
    </w:p>
    <w:p>
      <w:pPr>
        <w:spacing w:after="20" w:before="0"/>
        <w:jc w:val="right"/>
      </w:pPr>
      <w:r>
        <w:rPr>
          <w:rFonts w:ascii="Calibri" w:hAnsi="Calibri"/>
          <w:b w:val="0"/>
          <w:i w:val="0"/>
          <w:color w:val="1F2937"/>
          <w:sz w:val="20"/>
        </w:rPr>
        <w:t>[Adresse de l’entreprise]</w:t>
      </w:r>
    </w:p>
    <w:p>
      <w:pPr>
        <w:spacing w:after="120" w:before="0"/>
      </w:pPr>
      <w:r>
        <w:rPr>
          <w:rFonts w:ascii="Calibri" w:hAnsi="Calibri"/>
          <w:b w:val="0"/>
          <w:i w:val="0"/>
          <w:color w:val="1F2937"/>
          <w:sz w:val="22"/>
        </w:rPr>
      </w:r>
    </w:p>
    <w:p>
      <w:pPr>
        <w:spacing w:after="240" w:before="0"/>
        <w:jc w:val="right"/>
      </w:pPr>
      <w:r>
        <w:rPr>
          <w:rFonts w:ascii="Calibri" w:hAnsi="Calibri"/>
          <w:b w:val="0"/>
          <w:i w:val="0"/>
          <w:color w:val="1F2937"/>
          <w:sz w:val="22"/>
        </w:rPr>
        <w:t>[Ville], le [date]</w:t>
      </w:r>
    </w:p>
    <w:p>
      <w:pPr>
        <w:spacing w:after="280" w:before="0"/>
      </w:pPr>
      <w:r>
        <w:rPr>
          <w:rFonts w:ascii="Calibri" w:hAnsi="Calibri"/>
          <w:b/>
          <w:i w:val="0"/>
          <w:color w:val="1F2937"/>
          <w:sz w:val="22"/>
        </w:rPr>
        <w:t>Objet : Démission pour suivi de conjoint</w:t>
      </w:r>
    </w:p>
    <w:p>
      <w:pPr>
        <w:spacing w:after="200" w:before="0"/>
      </w:pPr>
      <w:r>
        <w:rPr>
          <w:rFonts w:ascii="Calibri" w:hAnsi="Calibri"/>
          <w:b w:val="0"/>
          <w:i w:val="0"/>
          <w:color w:val="1F2937"/>
          <w:sz w:val="22"/>
        </w:rPr>
        <w:t>Madame, Monsieur,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Par la présente, je vous informe de ma décision de démissionner de mon poste de [intitulé du poste], que j'occupe au sein de votre entreprise depuis le [date d'entrée].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Cette décision fait suite à la mutation professionnelle de mon conjoint, qui prend ses nouvelles fonctions à [ville / région]. Ce changement entraîne le déménagement de notre résidence commune, ce qui ne me permet plus de poursuivre mon activité au sein de votre établissement. Je démissionne donc pour suivi de conjoint.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Sauf dispense de votre part, j'effectuerai le préavis de [durée] prévu par la convention collective applicable. Compte tenu des délais liés à notre déménagement, je vous serais reconnaissant(e) de bien vouloir examiner la possibilité de me dispenser, totalement ou partiellement, de ce préavis. Je reste bien entendu à votre disposition pour en convenir ensemble et organiser au mieux la transmission de mes dossiers.</w:t>
      </w:r>
    </w:p>
    <w:p>
      <w:pPr>
        <w:spacing w:after="200" w:before="0"/>
        <w:jc w:val="both"/>
      </w:pPr>
      <w:r>
        <w:rPr>
          <w:rFonts w:ascii="Calibri" w:hAnsi="Calibri"/>
          <w:b w:val="0"/>
          <w:i w:val="0"/>
          <w:color w:val="1F2937"/>
          <w:sz w:val="22"/>
        </w:rPr>
        <w:t>Je vous remercie pour la confiance accordée durant ces années de collaboration et vous prie d'agréer, Madame, Monsieur, l'expression de mes salutations distinguées.</w:t>
      </w:r>
    </w:p>
    <w:p>
      <w:pPr>
        <w:spacing w:after="40" w:before="0"/>
        <w:jc w:val="right"/>
      </w:pPr>
      <w:r>
        <w:rPr>
          <w:rFonts w:ascii="Calibri" w:hAnsi="Calibri"/>
          <w:b/>
          <w:i w:val="0"/>
          <w:color w:val="1F2937"/>
          <w:sz w:val="22"/>
        </w:rPr>
        <w:t>[Prénom NOM]</w:t>
      </w:r>
    </w:p>
    <w:p>
      <w:pPr>
        <w:spacing w:after="0" w:before="0"/>
        <w:jc w:val="right"/>
      </w:pPr>
      <w:r>
        <w:rPr>
          <w:rFonts w:ascii="Calibri" w:hAnsi="Calibri"/>
          <w:b w:val="0"/>
          <w:i/>
          <w:color w:val="556070"/>
          <w:sz w:val="20"/>
        </w:rPr>
        <w:t>[Signature]</w:t>
      </w:r>
    </w:p>
    <w:sectPr w:rsidR="00FC693F" w:rsidRPr="0006063C" w:rsidSect="00034616">
      <w:pgSz w:w="12240" w:h="15840"/>
      <w:pgMar w:top="1134" w:right="1247" w:bottom="1134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