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rPr>
          <w:trHeight w:val="1247" w:hRule="exact"/>
        </w:trPr>
        <w:tc>
          <w:tcPr>
            <w:tcW w:type="dxa" w:w="4819"/>
            <w:tcBorders>
              <w:top w:val="single" w:sz="8" w:space="4" w:color="EA580C"/>
              <w:left w:val="single" w:sz="8" w:space="4" w:color="EA580C"/>
              <w:bottom w:val="single" w:sz="8" w:space="4" w:color="EA580C"/>
              <w:right w:val="single" w:sz="8" w:space="4" w:color="EA580C"/>
            </w:tcBorders>
            <w:shd w:val="clear" w:color="auto" w:fill="FFF1E8"/>
            <w:vAlign w:val="center"/>
          </w:tcPr>
          <w:p>
            <w:pPr>
              <w:jc w:val="center"/>
            </w:pPr>
            <w:r>
              <w:rPr>
                <w:b w:val="0"/>
                <w:i w:val="0"/>
                <w:color w:val="EA580C"/>
                <w:sz w:val="17"/>
              </w:rPr>
              <w:t>Logo établissement</w:t>
            </w:r>
          </w:p>
        </w:tc>
        <w:tc>
          <w:tcPr>
            <w:tcW w:type="dxa" w:w="4819"/>
            <w:tcBorders>
              <w:top w:val="single" w:sz="8" w:space="4" w:color="EA580C"/>
              <w:left w:val="single" w:sz="8" w:space="4" w:color="EA580C"/>
              <w:bottom w:val="single" w:sz="8" w:space="4" w:color="EA580C"/>
              <w:right w:val="single" w:sz="8" w:space="4" w:color="EA580C"/>
            </w:tcBorders>
            <w:shd w:val="clear" w:color="auto" w:fill="FFF1E8"/>
            <w:vAlign w:val="center"/>
          </w:tcPr>
          <w:p>
            <w:pPr>
              <w:jc w:val="center"/>
            </w:pPr>
            <w:r>
              <w:rPr>
                <w:b w:val="0"/>
                <w:i w:val="0"/>
                <w:color w:val="EA580C"/>
                <w:sz w:val="17"/>
              </w:rPr>
              <w:t>Logo entreprise</w:t>
            </w:r>
          </w:p>
        </w:tc>
      </w:tr>
    </w:tbl>
    <w:p/>
    <w:p/>
    <w:p/>
    <w:p>
      <w:pPr>
        <w:spacing w:after="80" w:before="0"/>
        <w:jc w:val="center"/>
      </w:pPr>
      <w:r>
        <w:rPr>
          <w:b/>
          <w:i w:val="0"/>
          <w:color w:val="EA580C"/>
          <w:sz w:val="60"/>
        </w:rPr>
        <w:t>RAPPORT DE STAGE</w:t>
      </w:r>
    </w:p>
    <w:p>
      <w:pPr>
        <w:spacing w:after="40" w:before="0"/>
        <w:jc w:val="center"/>
      </w:pPr>
      <w:r>
        <w:rPr>
          <w:b w:val="0"/>
          <w:i/>
          <w:color w:val="6B7280"/>
          <w:sz w:val="28"/>
        </w:rPr>
        <w:t>[Thème / intitulé du stage]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12" w:space="0" w:color="EA580C"/>
            </w:tcBorders>
          </w:tcPr>
          <w:p>
            <w:pPr>
              <w:spacing w:after="40"/>
            </w:pPr>
            <w:r>
              <w:rPr>
                <w:b w:val="0"/>
                <w:i w:val="0"/>
                <w:sz w:val="2"/>
              </w:rPr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3402"/>
          </w:tcPr>
          <w:p>
            <w:r>
              <w:rPr>
                <w:b/>
                <w:i w:val="0"/>
                <w:color w:val="EA580C"/>
                <w:sz w:val="21"/>
              </w:rPr>
              <w:t>Étudiant(e)</w:t>
            </w:r>
          </w:p>
        </w:tc>
        <w:tc>
          <w:tcPr>
            <w:tcW w:type="dxa" w:w="6236"/>
          </w:tcPr>
          <w:p>
            <w:r>
              <w:rPr>
                <w:b w:val="0"/>
                <w:i w:val="0"/>
                <w:color w:val="1E2935"/>
                <w:sz w:val="21"/>
              </w:rPr>
              <w:t>[Nom Prénom]</w:t>
            </w:r>
          </w:p>
        </w:tc>
      </w:tr>
      <w:tr>
        <w:tc>
          <w:tcPr>
            <w:tcW w:type="dxa" w:w="3402"/>
          </w:tcPr>
          <w:p>
            <w:r>
              <w:rPr>
                <w:b/>
                <w:i w:val="0"/>
                <w:color w:val="EA580C"/>
                <w:sz w:val="21"/>
              </w:rPr>
              <w:t>Formation / année</w:t>
            </w:r>
          </w:p>
        </w:tc>
        <w:tc>
          <w:tcPr>
            <w:tcW w:type="dxa" w:w="6236"/>
          </w:tcPr>
          <w:p>
            <w:r>
              <w:rPr>
                <w:b w:val="0"/>
                <w:i w:val="0"/>
                <w:color w:val="1E2935"/>
                <w:sz w:val="21"/>
              </w:rPr>
              <w:t>[BTS / Licence / Master — …]</w:t>
            </w:r>
          </w:p>
        </w:tc>
      </w:tr>
      <w:tr>
        <w:tc>
          <w:tcPr>
            <w:tcW w:type="dxa" w:w="3402"/>
          </w:tcPr>
          <w:p>
            <w:r>
              <w:rPr>
                <w:b/>
                <w:i w:val="0"/>
                <w:color w:val="EA580C"/>
                <w:sz w:val="21"/>
              </w:rPr>
              <w:t>Établissement</w:t>
            </w:r>
          </w:p>
        </w:tc>
        <w:tc>
          <w:tcPr>
            <w:tcW w:type="dxa" w:w="6236"/>
          </w:tcPr>
          <w:p>
            <w:r>
              <w:rPr>
                <w:b w:val="0"/>
                <w:i w:val="0"/>
                <w:color w:val="1E2935"/>
                <w:sz w:val="21"/>
              </w:rPr>
              <w:t>[École / Université]</w:t>
            </w:r>
          </w:p>
        </w:tc>
      </w:tr>
      <w:tr>
        <w:tc>
          <w:tcPr>
            <w:tcW w:type="dxa" w:w="3402"/>
          </w:tcPr>
          <w:p>
            <w:r>
              <w:rPr>
                <w:b/>
                <w:i w:val="0"/>
                <w:color w:val="EA580C"/>
                <w:sz w:val="21"/>
              </w:rPr>
              <w:t>Entreprise d’accueil</w:t>
            </w:r>
          </w:p>
        </w:tc>
        <w:tc>
          <w:tcPr>
            <w:tcW w:type="dxa" w:w="6236"/>
          </w:tcPr>
          <w:p>
            <w:r>
              <w:rPr>
                <w:b w:val="0"/>
                <w:i w:val="0"/>
                <w:color w:val="1E2935"/>
                <w:sz w:val="21"/>
              </w:rPr>
              <w:t>[Nom de l’entreprise]</w:t>
            </w:r>
          </w:p>
        </w:tc>
      </w:tr>
      <w:tr>
        <w:tc>
          <w:tcPr>
            <w:tcW w:type="dxa" w:w="3402"/>
          </w:tcPr>
          <w:p>
            <w:r>
              <w:rPr>
                <w:b/>
                <w:i w:val="0"/>
                <w:color w:val="EA580C"/>
                <w:sz w:val="21"/>
              </w:rPr>
              <w:t>Période de stage</w:t>
            </w:r>
          </w:p>
        </w:tc>
        <w:tc>
          <w:tcPr>
            <w:tcW w:type="dxa" w:w="6236"/>
          </w:tcPr>
          <w:p>
            <w:r>
              <w:rPr>
                <w:b w:val="0"/>
                <w:i w:val="0"/>
                <w:color w:val="1E2935"/>
                <w:sz w:val="21"/>
              </w:rPr>
              <w:t>du [__/__/____] au [__/__/____]</w:t>
            </w:r>
          </w:p>
        </w:tc>
      </w:tr>
      <w:tr>
        <w:tc>
          <w:tcPr>
            <w:tcW w:type="dxa" w:w="3402"/>
          </w:tcPr>
          <w:p>
            <w:r>
              <w:rPr>
                <w:b/>
                <w:i w:val="0"/>
                <w:color w:val="EA580C"/>
                <w:sz w:val="21"/>
              </w:rPr>
              <w:t>Tuteur en entreprise</w:t>
            </w:r>
          </w:p>
        </w:tc>
        <w:tc>
          <w:tcPr>
            <w:tcW w:type="dxa" w:w="6236"/>
          </w:tcPr>
          <w:p>
            <w:r>
              <w:rPr>
                <w:b w:val="0"/>
                <w:i w:val="0"/>
                <w:color w:val="1E2935"/>
                <w:sz w:val="21"/>
              </w:rPr>
              <w:t>[Nom]</w:t>
            </w:r>
          </w:p>
        </w:tc>
      </w:tr>
      <w:tr>
        <w:tc>
          <w:tcPr>
            <w:tcW w:type="dxa" w:w="3402"/>
          </w:tcPr>
          <w:p>
            <w:r>
              <w:rPr>
                <w:b/>
                <w:i w:val="0"/>
                <w:color w:val="EA580C"/>
                <w:sz w:val="21"/>
              </w:rPr>
              <w:t>Tuteur pédagogique</w:t>
            </w:r>
          </w:p>
        </w:tc>
        <w:tc>
          <w:tcPr>
            <w:tcW w:type="dxa" w:w="6236"/>
          </w:tcPr>
          <w:p>
            <w:r>
              <w:rPr>
                <w:b w:val="0"/>
                <w:i w:val="0"/>
                <w:color w:val="1E2935"/>
                <w:sz w:val="21"/>
              </w:rPr>
              <w:t>[Nom]</w:t>
            </w:r>
          </w:p>
        </w:tc>
      </w:tr>
      <w:tr>
        <w:tc>
          <w:tcPr>
            <w:tcW w:type="dxa" w:w="3402"/>
          </w:tcPr>
          <w:p>
            <w:r>
              <w:rPr>
                <w:b/>
                <w:i w:val="0"/>
                <w:color w:val="EA580C"/>
                <w:sz w:val="21"/>
              </w:rPr>
              <w:t>Année universitaire</w:t>
            </w:r>
          </w:p>
        </w:tc>
        <w:tc>
          <w:tcPr>
            <w:tcW w:type="dxa" w:w="6236"/>
          </w:tcPr>
          <w:p>
            <w:r>
              <w:rPr>
                <w:b w:val="0"/>
                <w:i w:val="0"/>
                <w:color w:val="1E2935"/>
                <w:sz w:val="21"/>
              </w:rPr>
              <w:t>[20__ – 20__]</w:t>
            </w:r>
          </w:p>
        </w:tc>
      </w:tr>
    </w:tbl>
    <w:p>
      <w:r>
        <w:br w:type="page"/>
      </w:r>
    </w:p>
    <w:p>
      <w:pPr>
        <w:spacing w:after="40" w:before="200"/>
        <w:jc w:val="left"/>
      </w:pPr>
      <w:r>
        <w:rPr>
          <w:b/>
          <w:i w:val="0"/>
          <w:color w:val="EA580C"/>
          <w:sz w:val="26"/>
        </w:rPr>
        <w:t>Remerciements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A580C"/>
            </w:tcBorders>
          </w:tcPr>
          <w:p>
            <w:pPr>
              <w:spacing w:after="80"/>
            </w:pPr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80" w:before="0"/>
        <w:jc w:val="both"/>
      </w:pPr>
      <w:r>
        <w:rPr>
          <w:b w:val="0"/>
          <w:i/>
          <w:color w:val="6B7280"/>
          <w:sz w:val="19"/>
        </w:rPr>
        <w:t>Remerciez, en quelques lignes sincères, votre tuteur, l’équipe qui vous a accueilli et votre établissement.</w:t>
      </w:r>
    </w:p>
    <w:p>
      <w:pPr>
        <w:spacing w:after="40" w:before="200"/>
        <w:jc w:val="left"/>
      </w:pPr>
      <w:r>
        <w:rPr>
          <w:b/>
          <w:i w:val="0"/>
          <w:color w:val="EA580C"/>
          <w:sz w:val="26"/>
        </w:rPr>
        <w:t>Sommaire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A580C"/>
            </w:tcBorders>
          </w:tcPr>
          <w:p>
            <w:pPr>
              <w:spacing w:after="80"/>
            </w:pPr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80" w:before="0"/>
        <w:jc w:val="both"/>
      </w:pPr>
      <w:r>
        <w:rPr>
          <w:b w:val="0"/>
          <w:i/>
          <w:color w:val="6B7280"/>
          <w:sz w:val="19"/>
        </w:rPr>
        <w:t>Insérez ici un sommaire paginé automatique (Références › Table des matières) reprenant les titres ci-dessous.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Introduction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I. Présentation de l’entreprise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II. Missions et tâches réalisées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III. Bilan et compétences acquises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Conclusion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Glossaire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Bibliographie / webographie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Annexes</w:t>
      </w:r>
    </w:p>
    <w:p>
      <w:pPr>
        <w:spacing w:after="40" w:before="200"/>
        <w:jc w:val="left"/>
      </w:pPr>
      <w:r>
        <w:rPr>
          <w:b/>
          <w:i w:val="0"/>
          <w:color w:val="EA580C"/>
          <w:sz w:val="26"/>
        </w:rPr>
        <w:t>Introduction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A580C"/>
            </w:tcBorders>
          </w:tcPr>
          <w:p>
            <w:pPr>
              <w:spacing w:after="80"/>
            </w:pPr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80" w:before="0"/>
        <w:jc w:val="both"/>
      </w:pPr>
      <w:r>
        <w:rPr>
          <w:b w:val="0"/>
          <w:i/>
          <w:color w:val="6B7280"/>
          <w:sz w:val="19"/>
        </w:rPr>
        <w:t>Présentez le contexte du stage, l’entreprise en une phrase, vos objectifs et la problématique (ou fil conducteur). Annoncez votre plan.</w:t>
      </w:r>
    </w:p>
    <w:p>
      <w:pPr>
        <w:spacing w:after="40" w:before="200"/>
        <w:jc w:val="left"/>
      </w:pPr>
      <w:r>
        <w:rPr>
          <w:b/>
          <w:i w:val="0"/>
          <w:color w:val="EA580C"/>
          <w:sz w:val="26"/>
        </w:rPr>
        <w:t>I. Présentation de l’entreprise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A580C"/>
            </w:tcBorders>
          </w:tcPr>
          <w:p>
            <w:pPr>
              <w:spacing w:after="80"/>
            </w:pPr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80" w:before="0"/>
        <w:jc w:val="both"/>
      </w:pPr>
      <w:r>
        <w:rPr>
          <w:b w:val="0"/>
          <w:i/>
          <w:color w:val="6B7280"/>
          <w:sz w:val="19"/>
        </w:rPr>
        <w:t>Décrivez l’entreprise et le service qui vous a accueilli.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Secteur d’activité, produits ou services, marché et clientèle.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Historique et chiffres clés (effectif, chiffre d’affaires, implantations).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Organisation : organigramme et positionnement de votre service.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Le service d’accueil : rôle, équipe, outils utilisés.</w:t>
      </w:r>
    </w:p>
    <w:p>
      <w:pPr>
        <w:spacing w:after="40" w:before="200"/>
        <w:jc w:val="left"/>
      </w:pPr>
      <w:r>
        <w:rPr>
          <w:b/>
          <w:i w:val="0"/>
          <w:color w:val="EA580C"/>
          <w:sz w:val="26"/>
        </w:rPr>
        <w:t>II. Missions et tâches réalisées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A580C"/>
            </w:tcBorders>
          </w:tcPr>
          <w:p>
            <w:pPr>
              <w:spacing w:after="80"/>
            </w:pPr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80" w:before="0"/>
        <w:jc w:val="both"/>
      </w:pPr>
      <w:r>
        <w:rPr>
          <w:b w:val="0"/>
          <w:i/>
          <w:color w:val="6B7280"/>
          <w:sz w:val="19"/>
        </w:rPr>
        <w:t>Cœur du rapport : décrivez concrètement ce que vous avez fait.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Contexte et objectifs des missions confiées.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Méthodes, outils et démarche employés.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Déroulé chronologique et exemples concrets (captures, livrables en annexe).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Résultats obtenus et difficultés rencontrées (et comment vous les avez résolues).</w:t>
      </w:r>
    </w:p>
    <w:p>
      <w:pPr>
        <w:spacing w:after="40" w:before="200"/>
        <w:jc w:val="left"/>
      </w:pPr>
      <w:r>
        <w:rPr>
          <w:b/>
          <w:i w:val="0"/>
          <w:color w:val="EA580C"/>
          <w:sz w:val="26"/>
        </w:rPr>
        <w:t>III. Bilan et compétences acquises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A580C"/>
            </w:tcBorders>
          </w:tcPr>
          <w:p>
            <w:pPr>
              <w:spacing w:after="80"/>
            </w:pPr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80" w:before="0"/>
        <w:jc w:val="both"/>
      </w:pPr>
      <w:r>
        <w:rPr>
          <w:b w:val="0"/>
          <w:i/>
          <w:color w:val="6B7280"/>
          <w:sz w:val="19"/>
        </w:rPr>
        <w:t>Prenez du recul sur votre expérience.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Compétences techniques développées (logiciels, méthodes, savoir-faire métier).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Compétences transversales (autonomie, communication, travail en équipe).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Apport du stage pour votre projet professionnel et votre formation.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Regard critique : ce que vous referiez autrement.</w:t>
      </w:r>
    </w:p>
    <w:p>
      <w:pPr>
        <w:spacing w:after="40" w:before="200"/>
        <w:jc w:val="left"/>
      </w:pPr>
      <w:r>
        <w:rPr>
          <w:b/>
          <w:i w:val="0"/>
          <w:color w:val="EA580C"/>
          <w:sz w:val="26"/>
        </w:rPr>
        <w:t>Conclusion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A580C"/>
            </w:tcBorders>
          </w:tcPr>
          <w:p>
            <w:pPr>
              <w:spacing w:after="80"/>
            </w:pPr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80" w:before="0"/>
        <w:jc w:val="both"/>
      </w:pPr>
      <w:r>
        <w:rPr>
          <w:b w:val="0"/>
          <w:i/>
          <w:color w:val="6B7280"/>
          <w:sz w:val="19"/>
        </w:rPr>
        <w:t>Synthétisez les apports du stage, répondez à votre problématique et ouvrez sur la suite (poursuite d’études, projet pro).</w:t>
      </w:r>
    </w:p>
    <w:p>
      <w:pPr>
        <w:spacing w:after="40" w:before="200"/>
        <w:jc w:val="left"/>
      </w:pPr>
      <w:r>
        <w:rPr>
          <w:b/>
          <w:i w:val="0"/>
          <w:color w:val="EA580C"/>
          <w:sz w:val="26"/>
        </w:rPr>
        <w:t>Glossaire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A580C"/>
            </w:tcBorders>
          </w:tcPr>
          <w:p>
            <w:pPr>
              <w:spacing w:after="80"/>
            </w:pPr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80" w:before="0"/>
        <w:jc w:val="both"/>
      </w:pPr>
      <w:r>
        <w:rPr>
          <w:b w:val="0"/>
          <w:i/>
          <w:color w:val="6B7280"/>
          <w:sz w:val="19"/>
        </w:rPr>
        <w:t>Définissez les termes techniques ou sigles employés (utile au lecteur non spécialiste).</w:t>
      </w:r>
    </w:p>
    <w:p>
      <w:pPr>
        <w:spacing w:after="40" w:before="200"/>
        <w:jc w:val="left"/>
      </w:pPr>
      <w:r>
        <w:rPr>
          <w:b/>
          <w:i w:val="0"/>
          <w:color w:val="EA580C"/>
          <w:sz w:val="26"/>
        </w:rPr>
        <w:t>Bibliographie / webographie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A580C"/>
            </w:tcBorders>
          </w:tcPr>
          <w:p>
            <w:pPr>
              <w:spacing w:after="80"/>
            </w:pPr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80" w:before="0"/>
        <w:jc w:val="both"/>
      </w:pPr>
      <w:r>
        <w:rPr>
          <w:b w:val="0"/>
          <w:i/>
          <w:color w:val="6B7280"/>
          <w:sz w:val="19"/>
        </w:rPr>
        <w:t>Listez vos sources (documents internes, ouvrages, sites) selon les normes demandées par votre établissement.</w:t>
      </w:r>
    </w:p>
    <w:p>
      <w:pPr>
        <w:spacing w:after="40" w:before="200"/>
        <w:jc w:val="left"/>
      </w:pPr>
      <w:r>
        <w:rPr>
          <w:b/>
          <w:i w:val="0"/>
          <w:color w:val="EA580C"/>
          <w:sz w:val="26"/>
        </w:rPr>
        <w:t>Annexes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A580C"/>
            </w:tcBorders>
          </w:tcPr>
          <w:p>
            <w:pPr>
              <w:spacing w:after="80"/>
            </w:pPr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80" w:before="0"/>
        <w:jc w:val="both"/>
      </w:pPr>
      <w:r>
        <w:rPr>
          <w:b w:val="0"/>
          <w:i/>
          <w:color w:val="6B7280"/>
          <w:sz w:val="19"/>
        </w:rPr>
        <w:t>Regroupez et numérotez les documents utiles (organigramme, supports produits, captures), référencés dans le corps du rapport.</w:t>
      </w:r>
    </w:p>
    <w:p>
      <w:pPr>
        <w:spacing w:after="80" w:before="200"/>
        <w:jc w:val="left"/>
      </w:pPr>
      <w:r>
        <w:rPr>
          <w:b w:val="0"/>
          <w:i/>
          <w:color w:val="6B7280"/>
          <w:sz w:val="15"/>
        </w:rPr>
        <w:t>Modèle — un texte-guide (en italique) accompagne chaque partie ; remplacez-le par votre contenu.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