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80" w:before="0"/>
        <w:jc w:val="center"/>
      </w:pPr>
      <w:r>
        <w:rPr>
          <w:b/>
          <w:i w:val="0"/>
          <w:color w:val="EA580C"/>
          <w:sz w:val="60"/>
        </w:rPr>
        <w:t>CARNET DE BORD</w:t>
      </w:r>
    </w:p>
    <w:p>
      <w:pPr>
        <w:spacing w:after="40" w:before="0"/>
        <w:jc w:val="center"/>
      </w:pPr>
      <w:r>
        <w:rPr>
          <w:b w:val="0"/>
          <w:i/>
          <w:color w:val="6B7280"/>
          <w:sz w:val="28"/>
        </w:rPr>
        <w:t>Journal de stage à remplir au fil des jours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2" w:space="0" w:color="EA580C"/>
            </w:tcBorders>
          </w:tcPr>
          <w:p>
            <w:pPr>
              <w:spacing w:after="40"/>
            </w:pPr>
            <w:r>
              <w:rPr>
                <w:b w:val="0"/>
                <w:i w:val="0"/>
                <w:sz w:val="2"/>
              </w:rPr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Étudiant(e)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 Prénom]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Entreprise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Période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du [__/__/____] au [__/__/____]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Tuteur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[Nom]</w:t>
            </w:r>
          </w:p>
        </w:tc>
      </w:tr>
    </w:tbl>
    <w:p>
      <w:r>
        <w:br w:type="page"/>
      </w:r>
    </w:p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Remplissez ce carnet chaque jour ou chaque semaine pendant votre stage : il vous servira de mémoire et de base pour rédiger votre rapport final.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4"/>
        </w:rPr>
        <w:t>Semaine 1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701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Date / jour</w:t>
            </w:r>
          </w:p>
        </w:tc>
        <w:tc>
          <w:tcPr>
            <w:tcW w:type="dxa" w:w="3515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Activités réalisées</w:t>
            </w:r>
          </w:p>
        </w:tc>
        <w:tc>
          <w:tcPr>
            <w:tcW w:type="dxa" w:w="2494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Compétences mobilisées</w:t>
            </w:r>
          </w:p>
        </w:tc>
        <w:tc>
          <w:tcPr>
            <w:tcW w:type="dxa" w:w="2268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Difficultés / observations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</w:tbl>
    <w:p>
      <w:pPr>
        <w:spacing w:after="120" w:before="60"/>
        <w:jc w:val="left"/>
      </w:pPr>
      <w:r>
        <w:rPr>
          <w:b w:val="0"/>
          <w:i/>
          <w:color w:val="6B7280"/>
          <w:sz w:val="18"/>
        </w:rPr>
        <w:t>Bilan de la semaine : ……………………………………………………………………………………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4"/>
        </w:rPr>
        <w:t>Semaine 2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701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Date / jour</w:t>
            </w:r>
          </w:p>
        </w:tc>
        <w:tc>
          <w:tcPr>
            <w:tcW w:type="dxa" w:w="3515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Activités réalisées</w:t>
            </w:r>
          </w:p>
        </w:tc>
        <w:tc>
          <w:tcPr>
            <w:tcW w:type="dxa" w:w="2494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Compétences mobilisées</w:t>
            </w:r>
          </w:p>
        </w:tc>
        <w:tc>
          <w:tcPr>
            <w:tcW w:type="dxa" w:w="2268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Difficultés / observations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</w:tbl>
    <w:p>
      <w:pPr>
        <w:spacing w:after="120" w:before="60"/>
        <w:jc w:val="left"/>
      </w:pPr>
      <w:r>
        <w:rPr>
          <w:b w:val="0"/>
          <w:i/>
          <w:color w:val="6B7280"/>
          <w:sz w:val="18"/>
        </w:rPr>
        <w:t>Bilan de la semaine : ……………………………………………………………………………………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4"/>
        </w:rPr>
        <w:t>Semaine 3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701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Date / jour</w:t>
            </w:r>
          </w:p>
        </w:tc>
        <w:tc>
          <w:tcPr>
            <w:tcW w:type="dxa" w:w="3515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Activités réalisées</w:t>
            </w:r>
          </w:p>
        </w:tc>
        <w:tc>
          <w:tcPr>
            <w:tcW w:type="dxa" w:w="2494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Compétences mobilisées</w:t>
            </w:r>
          </w:p>
        </w:tc>
        <w:tc>
          <w:tcPr>
            <w:tcW w:type="dxa" w:w="2268"/>
            <w:shd w:val="clear" w:color="auto" w:fill="EA580C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Difficultés / observations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60" w:after="60"/>
            </w:pPr>
            <w:r>
              <w:rPr>
                <w:b w:val="0"/>
                <w:i w:val="0"/>
                <w:sz w:val="18"/>
              </w:rPr>
            </w:r>
          </w:p>
        </w:tc>
      </w:tr>
    </w:tbl>
    <w:p>
      <w:pPr>
        <w:spacing w:after="120" w:before="60"/>
        <w:jc w:val="left"/>
      </w:pPr>
      <w:r>
        <w:rPr>
          <w:b w:val="0"/>
          <w:i/>
          <w:color w:val="6B7280"/>
          <w:sz w:val="18"/>
        </w:rPr>
        <w:t>Bilan de la semaine : ……………………………………………………………………………………</w:t>
      </w:r>
    </w:p>
    <w:p>
      <w:pPr>
        <w:spacing w:after="80" w:before="200"/>
        <w:jc w:val="left"/>
      </w:pPr>
      <w:r>
        <w:rPr>
          <w:b w:val="0"/>
          <w:i/>
          <w:color w:val="6B7280"/>
          <w:sz w:val="15"/>
        </w:rPr>
        <w:t>Modèle — un texte-guide (en italique) accompagne chaque partie ; remplacez-le par votre contenu.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