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rPr>
          <w:trHeight w:val="1247" w:hRule="exact"/>
        </w:trPr>
        <w:tc>
          <w:tcPr>
            <w:tcW w:type="dxa" w:w="4819"/>
            <w:tcBorders>
              <w:top w:val="single" w:sz="8" w:space="4" w:color="EA580C"/>
              <w:left w:val="single" w:sz="8" w:space="4" w:color="EA580C"/>
              <w:bottom w:val="single" w:sz="8" w:space="4" w:color="EA580C"/>
              <w:right w:val="single" w:sz="8" w:space="4" w:color="EA580C"/>
            </w:tcBorders>
            <w:shd w:val="clear" w:color="auto" w:fill="FFF1E8"/>
            <w:vAlign w:val="center"/>
          </w:tcPr>
          <w:p>
            <w:pPr>
              <w:jc w:val="center"/>
            </w:pPr>
            <w:r>
              <w:rPr>
                <w:b w:val="0"/>
                <w:i w:val="0"/>
                <w:color w:val="EA580C"/>
                <w:sz w:val="17"/>
              </w:rPr>
              <w:t>Logo établissement</w:t>
            </w:r>
          </w:p>
        </w:tc>
        <w:tc>
          <w:tcPr>
            <w:tcW w:type="dxa" w:w="4819"/>
            <w:tcBorders>
              <w:top w:val="single" w:sz="8" w:space="4" w:color="EA580C"/>
              <w:left w:val="single" w:sz="8" w:space="4" w:color="EA580C"/>
              <w:bottom w:val="single" w:sz="8" w:space="4" w:color="EA580C"/>
              <w:right w:val="single" w:sz="8" w:space="4" w:color="EA580C"/>
            </w:tcBorders>
            <w:shd w:val="clear" w:color="auto" w:fill="FFF1E8"/>
            <w:vAlign w:val="center"/>
          </w:tcPr>
          <w:p>
            <w:pPr>
              <w:jc w:val="center"/>
            </w:pPr>
            <w:r>
              <w:rPr>
                <w:b w:val="0"/>
                <w:i w:val="0"/>
                <w:color w:val="EA580C"/>
                <w:sz w:val="17"/>
              </w:rPr>
              <w:t>Logo entreprise</w:t>
            </w:r>
          </w:p>
        </w:tc>
      </w:tr>
    </w:tbl>
    <w:p/>
    <w:p/>
    <w:p/>
    <w:p>
      <w:pPr>
        <w:spacing w:after="80" w:before="0"/>
        <w:jc w:val="center"/>
      </w:pPr>
      <w:r>
        <w:rPr>
          <w:b/>
          <w:i w:val="0"/>
          <w:color w:val="EA580C"/>
          <w:sz w:val="60"/>
        </w:rPr>
        <w:t>RAPPORT DE STAGE</w:t>
      </w:r>
    </w:p>
    <w:p>
      <w:pPr>
        <w:spacing w:after="40" w:before="0"/>
        <w:jc w:val="center"/>
      </w:pPr>
      <w:r>
        <w:rPr>
          <w:b w:val="0"/>
          <w:i/>
          <w:color w:val="6B7280"/>
          <w:sz w:val="28"/>
        </w:rPr>
        <w:t>Stage d’observation en entreprise — classe de 3ᵉ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12" w:space="0" w:color="EA580C"/>
            </w:tcBorders>
          </w:tcPr>
          <w:p>
            <w:pPr>
              <w:spacing w:after="40"/>
            </w:pPr>
            <w:r>
              <w:rPr>
                <w:b w:val="0"/>
                <w:i w:val="0"/>
                <w:sz w:val="2"/>
              </w:rPr>
            </w:r>
          </w:p>
        </w:tc>
      </w:tr>
    </w:tbl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3402"/>
          </w:tcPr>
          <w:p>
            <w:r>
              <w:rPr>
                <w:b/>
                <w:i w:val="0"/>
                <w:color w:val="EA580C"/>
                <w:sz w:val="21"/>
              </w:rPr>
              <w:t>Élève</w:t>
            </w:r>
          </w:p>
        </w:tc>
        <w:tc>
          <w:tcPr>
            <w:tcW w:type="dxa" w:w="6236"/>
          </w:tcPr>
          <w:p>
            <w:r>
              <w:rPr>
                <w:b w:val="0"/>
                <w:i w:val="0"/>
                <w:color w:val="1E2935"/>
                <w:sz w:val="21"/>
              </w:rPr>
              <w:t>[Nom Prénom]</w:t>
            </w:r>
          </w:p>
        </w:tc>
      </w:tr>
      <w:tr>
        <w:tc>
          <w:tcPr>
            <w:tcW w:type="dxa" w:w="3402"/>
          </w:tcPr>
          <w:p>
            <w:r>
              <w:rPr>
                <w:b/>
                <w:i w:val="0"/>
                <w:color w:val="EA580C"/>
                <w:sz w:val="21"/>
              </w:rPr>
              <w:t>Classe</w:t>
            </w:r>
          </w:p>
        </w:tc>
        <w:tc>
          <w:tcPr>
            <w:tcW w:type="dxa" w:w="6236"/>
          </w:tcPr>
          <w:p>
            <w:r>
              <w:rPr>
                <w:b w:val="0"/>
                <w:i w:val="0"/>
                <w:color w:val="1E2935"/>
                <w:sz w:val="21"/>
              </w:rPr>
              <w:t>3ᵉ [__]</w:t>
            </w:r>
          </w:p>
        </w:tc>
      </w:tr>
      <w:tr>
        <w:tc>
          <w:tcPr>
            <w:tcW w:type="dxa" w:w="3402"/>
          </w:tcPr>
          <w:p>
            <w:r>
              <w:rPr>
                <w:b/>
                <w:i w:val="0"/>
                <w:color w:val="EA580C"/>
                <w:sz w:val="21"/>
              </w:rPr>
              <w:t>Collège</w:t>
            </w:r>
          </w:p>
        </w:tc>
        <w:tc>
          <w:tcPr>
            <w:tcW w:type="dxa" w:w="6236"/>
          </w:tcPr>
          <w:p>
            <w:r>
              <w:rPr>
                <w:b w:val="0"/>
                <w:i w:val="0"/>
                <w:color w:val="1E2935"/>
                <w:sz w:val="21"/>
              </w:rPr>
              <w:t>[Nom du collège]</w:t>
            </w:r>
          </w:p>
        </w:tc>
      </w:tr>
      <w:tr>
        <w:tc>
          <w:tcPr>
            <w:tcW w:type="dxa" w:w="3402"/>
          </w:tcPr>
          <w:p>
            <w:r>
              <w:rPr>
                <w:b/>
                <w:i w:val="0"/>
                <w:color w:val="EA580C"/>
                <w:sz w:val="21"/>
              </w:rPr>
              <w:t>Entreprise</w:t>
            </w:r>
          </w:p>
        </w:tc>
        <w:tc>
          <w:tcPr>
            <w:tcW w:type="dxa" w:w="6236"/>
          </w:tcPr>
          <w:p>
            <w:r>
              <w:rPr>
                <w:b w:val="0"/>
                <w:i w:val="0"/>
                <w:color w:val="1E2935"/>
                <w:sz w:val="21"/>
              </w:rPr>
              <w:t>[Nom de l’entreprise]</w:t>
            </w:r>
          </w:p>
        </w:tc>
      </w:tr>
      <w:tr>
        <w:tc>
          <w:tcPr>
            <w:tcW w:type="dxa" w:w="3402"/>
          </w:tcPr>
          <w:p>
            <w:r>
              <w:rPr>
                <w:b/>
                <w:i w:val="0"/>
                <w:color w:val="EA580C"/>
                <w:sz w:val="21"/>
              </w:rPr>
              <w:t>Dates du stage</w:t>
            </w:r>
          </w:p>
        </w:tc>
        <w:tc>
          <w:tcPr>
            <w:tcW w:type="dxa" w:w="6236"/>
          </w:tcPr>
          <w:p>
            <w:r>
              <w:rPr>
                <w:b w:val="0"/>
                <w:i w:val="0"/>
                <w:color w:val="1E2935"/>
                <w:sz w:val="21"/>
              </w:rPr>
              <w:t>du [__/__] au [__/__]</w:t>
            </w:r>
          </w:p>
        </w:tc>
      </w:tr>
      <w:tr>
        <w:tc>
          <w:tcPr>
            <w:tcW w:type="dxa" w:w="3402"/>
          </w:tcPr>
          <w:p>
            <w:r>
              <w:rPr>
                <w:b/>
                <w:i w:val="0"/>
                <w:color w:val="EA580C"/>
                <w:sz w:val="21"/>
              </w:rPr>
              <w:t>Tuteur / maître de stage</w:t>
            </w:r>
          </w:p>
        </w:tc>
        <w:tc>
          <w:tcPr>
            <w:tcW w:type="dxa" w:w="6236"/>
          </w:tcPr>
          <w:p>
            <w:r>
              <w:rPr>
                <w:b w:val="0"/>
                <w:i w:val="0"/>
                <w:color w:val="1E2935"/>
                <w:sz w:val="21"/>
              </w:rPr>
              <w:t>[Nom]</w:t>
            </w:r>
          </w:p>
        </w:tc>
      </w:tr>
    </w:tbl>
    <w:p>
      <w:r>
        <w:br w:type="page"/>
      </w:r>
    </w:p>
    <w:p>
      <w:pPr>
        <w:spacing w:after="40" w:before="200"/>
        <w:jc w:val="left"/>
      </w:pPr>
      <w:r>
        <w:rPr>
          <w:b/>
          <w:i w:val="0"/>
          <w:color w:val="EA580C"/>
          <w:sz w:val="26"/>
        </w:rPr>
        <w:t>Sommaire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A580C"/>
            </w:tcBorders>
          </w:tcPr>
          <w:p>
            <w:pPr>
              <w:spacing w:after="80"/>
            </w:pPr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40" w:before="0"/>
        <w:jc w:val="left"/>
      </w:pPr>
      <w:r>
        <w:rPr>
          <w:b w:val="0"/>
          <w:i w:val="0"/>
          <w:color w:val="EA580C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Introduction</w:t>
      </w:r>
    </w:p>
    <w:p>
      <w:pPr>
        <w:spacing w:after="40" w:before="0"/>
        <w:jc w:val="left"/>
      </w:pPr>
      <w:r>
        <w:rPr>
          <w:b w:val="0"/>
          <w:i w:val="0"/>
          <w:color w:val="EA580C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L’entreprise</w:t>
      </w:r>
    </w:p>
    <w:p>
      <w:pPr>
        <w:spacing w:after="40" w:before="0"/>
        <w:jc w:val="left"/>
      </w:pPr>
      <w:r>
        <w:rPr>
          <w:b w:val="0"/>
          <w:i w:val="0"/>
          <w:color w:val="EA580C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Un métier que j’ai observé</w:t>
      </w:r>
    </w:p>
    <w:p>
      <w:pPr>
        <w:spacing w:after="40" w:before="0"/>
        <w:jc w:val="left"/>
      </w:pPr>
      <w:r>
        <w:rPr>
          <w:b w:val="0"/>
          <w:i w:val="0"/>
          <w:color w:val="EA580C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Le déroulement de ma semaine</w:t>
      </w:r>
    </w:p>
    <w:p>
      <w:pPr>
        <w:spacing w:after="40" w:before="0"/>
        <w:jc w:val="left"/>
      </w:pPr>
      <w:r>
        <w:rPr>
          <w:b w:val="0"/>
          <w:i w:val="0"/>
          <w:color w:val="EA580C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Mon bilan</w:t>
      </w:r>
    </w:p>
    <w:p>
      <w:pPr>
        <w:spacing w:after="40" w:before="0"/>
        <w:jc w:val="left"/>
      </w:pPr>
      <w:r>
        <w:rPr>
          <w:b w:val="0"/>
          <w:i w:val="0"/>
          <w:color w:val="EA580C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Remerciements</w:t>
      </w:r>
    </w:p>
    <w:p>
      <w:pPr>
        <w:spacing w:after="40" w:before="0"/>
        <w:jc w:val="left"/>
      </w:pPr>
      <w:r>
        <w:rPr>
          <w:b w:val="0"/>
          <w:i w:val="0"/>
          <w:color w:val="EA580C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Annexes</w:t>
      </w:r>
    </w:p>
    <w:p>
      <w:pPr>
        <w:spacing w:after="40" w:before="200"/>
        <w:jc w:val="left"/>
      </w:pPr>
      <w:r>
        <w:rPr>
          <w:b/>
          <w:i w:val="0"/>
          <w:color w:val="EA580C"/>
          <w:sz w:val="26"/>
        </w:rPr>
        <w:t>Introduction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A580C"/>
            </w:tcBorders>
          </w:tcPr>
          <w:p>
            <w:pPr>
              <w:spacing w:after="80"/>
            </w:pPr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80" w:before="0"/>
        <w:jc w:val="both"/>
      </w:pPr>
      <w:r>
        <w:rPr>
          <w:b w:val="0"/>
          <w:i/>
          <w:color w:val="6B7280"/>
          <w:sz w:val="19"/>
        </w:rPr>
        <w:t>Explique pourquoi tu as choisi ce stage, comment tu as trouvé l’entreprise et ce que tu attendais de cette semaine.</w:t>
      </w:r>
    </w:p>
    <w:p>
      <w:pPr>
        <w:spacing w:after="40" w:before="200"/>
        <w:jc w:val="left"/>
      </w:pPr>
      <w:r>
        <w:rPr>
          <w:b/>
          <w:i w:val="0"/>
          <w:color w:val="EA580C"/>
          <w:sz w:val="26"/>
        </w:rPr>
        <w:t>L’entreprise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A580C"/>
            </w:tcBorders>
          </w:tcPr>
          <w:p>
            <w:pPr>
              <w:spacing w:after="80"/>
            </w:pPr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40" w:before="0"/>
        <w:jc w:val="left"/>
      </w:pPr>
      <w:r>
        <w:rPr>
          <w:b w:val="0"/>
          <w:i w:val="0"/>
          <w:color w:val="EA580C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Nom, adresse et activité de l’entreprise (ce qu’elle fabrique ou vend).</w:t>
      </w:r>
    </w:p>
    <w:p>
      <w:pPr>
        <w:spacing w:after="40" w:before="0"/>
        <w:jc w:val="left"/>
      </w:pPr>
      <w:r>
        <w:rPr>
          <w:b w:val="0"/>
          <w:i w:val="0"/>
          <w:color w:val="EA580C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Sa taille (nombre de salariés) et son organisation.</w:t>
      </w:r>
    </w:p>
    <w:p>
      <w:pPr>
        <w:spacing w:after="40" w:before="0"/>
        <w:jc w:val="left"/>
      </w:pPr>
      <w:r>
        <w:rPr>
          <w:b w:val="0"/>
          <w:i w:val="0"/>
          <w:color w:val="EA580C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À quoi ressemble le lieu de travail.</w:t>
      </w:r>
    </w:p>
    <w:p>
      <w:pPr>
        <w:spacing w:after="40" w:before="200"/>
        <w:jc w:val="left"/>
      </w:pPr>
      <w:r>
        <w:rPr>
          <w:b/>
          <w:i w:val="0"/>
          <w:color w:val="EA580C"/>
          <w:sz w:val="26"/>
        </w:rPr>
        <w:t>Un métier que j’ai observé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A580C"/>
            </w:tcBorders>
          </w:tcPr>
          <w:p>
            <w:pPr>
              <w:spacing w:after="80"/>
            </w:pPr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40" w:before="0"/>
        <w:jc w:val="left"/>
      </w:pPr>
      <w:r>
        <w:rPr>
          <w:b w:val="0"/>
          <w:i w:val="0"/>
          <w:color w:val="EA580C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Le nom du métier et en quoi il consiste.</w:t>
      </w:r>
    </w:p>
    <w:p>
      <w:pPr>
        <w:spacing w:after="40" w:before="0"/>
        <w:jc w:val="left"/>
      </w:pPr>
      <w:r>
        <w:rPr>
          <w:b w:val="0"/>
          <w:i w:val="0"/>
          <w:color w:val="EA580C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Les tâches principales et les outils utilisés.</w:t>
      </w:r>
    </w:p>
    <w:p>
      <w:pPr>
        <w:spacing w:after="40" w:before="0"/>
        <w:jc w:val="left"/>
      </w:pPr>
      <w:r>
        <w:rPr>
          <w:b w:val="0"/>
          <w:i w:val="0"/>
          <w:color w:val="EA580C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La formation nécessaire et les qualités demandées.</w:t>
      </w:r>
    </w:p>
    <w:p>
      <w:pPr>
        <w:spacing w:after="40" w:before="0"/>
        <w:jc w:val="left"/>
      </w:pPr>
      <w:r>
        <w:rPr>
          <w:b w:val="0"/>
          <w:i w:val="0"/>
          <w:color w:val="EA580C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Les horaires et, si tu l’as su, le salaire indicatif.</w:t>
      </w:r>
    </w:p>
    <w:p>
      <w:pPr>
        <w:spacing w:after="40" w:before="200"/>
        <w:jc w:val="left"/>
      </w:pPr>
      <w:r>
        <w:rPr>
          <w:b/>
          <w:i w:val="0"/>
          <w:color w:val="EA580C"/>
          <w:sz w:val="26"/>
        </w:rPr>
        <w:t>Le déroulement de ma semaine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A580C"/>
            </w:tcBorders>
          </w:tcPr>
          <w:p>
            <w:pPr>
              <w:spacing w:after="80"/>
            </w:pPr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80" w:before="0"/>
        <w:jc w:val="both"/>
      </w:pPr>
      <w:r>
        <w:rPr>
          <w:b w:val="0"/>
          <w:i/>
          <w:color w:val="6B7280"/>
          <w:sz w:val="19"/>
        </w:rPr>
        <w:t>Raconte ce que tu as fait ou observé chaque jour.</w:t>
      </w:r>
    </w:p>
    <w:p>
      <w:pPr>
        <w:spacing w:after="40" w:before="0"/>
        <w:jc w:val="left"/>
      </w:pPr>
      <w:r>
        <w:rPr>
          <w:b w:val="0"/>
          <w:i w:val="0"/>
          <w:color w:val="EA580C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Lundi : …</w:t>
      </w:r>
    </w:p>
    <w:p>
      <w:pPr>
        <w:spacing w:after="40" w:before="0"/>
        <w:jc w:val="left"/>
      </w:pPr>
      <w:r>
        <w:rPr>
          <w:b w:val="0"/>
          <w:i w:val="0"/>
          <w:color w:val="EA580C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Mardi : …</w:t>
      </w:r>
    </w:p>
    <w:p>
      <w:pPr>
        <w:spacing w:after="40" w:before="0"/>
        <w:jc w:val="left"/>
      </w:pPr>
      <w:r>
        <w:rPr>
          <w:b w:val="0"/>
          <w:i w:val="0"/>
          <w:color w:val="EA580C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Mercredi : …</w:t>
      </w:r>
    </w:p>
    <w:p>
      <w:pPr>
        <w:spacing w:after="40" w:before="0"/>
        <w:jc w:val="left"/>
      </w:pPr>
      <w:r>
        <w:rPr>
          <w:b w:val="0"/>
          <w:i w:val="0"/>
          <w:color w:val="EA580C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Jeudi : …</w:t>
      </w:r>
    </w:p>
    <w:p>
      <w:pPr>
        <w:spacing w:after="40" w:before="0"/>
        <w:jc w:val="left"/>
      </w:pPr>
      <w:r>
        <w:rPr>
          <w:b w:val="0"/>
          <w:i w:val="0"/>
          <w:color w:val="EA580C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Vendredi : …</w:t>
      </w:r>
    </w:p>
    <w:p>
      <w:pPr>
        <w:spacing w:after="40" w:before="200"/>
        <w:jc w:val="left"/>
      </w:pPr>
      <w:r>
        <w:rPr>
          <w:b/>
          <w:i w:val="0"/>
          <w:color w:val="EA580C"/>
          <w:sz w:val="26"/>
        </w:rPr>
        <w:t>Mon bilan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A580C"/>
            </w:tcBorders>
          </w:tcPr>
          <w:p>
            <w:pPr>
              <w:spacing w:after="80"/>
            </w:pPr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40" w:before="0"/>
        <w:jc w:val="left"/>
      </w:pPr>
      <w:r>
        <w:rPr>
          <w:b w:val="0"/>
          <w:i w:val="0"/>
          <w:color w:val="EA580C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Ce que j’ai aimé et ce que j’ai appris.</w:t>
      </w:r>
    </w:p>
    <w:p>
      <w:pPr>
        <w:spacing w:after="40" w:before="0"/>
        <w:jc w:val="left"/>
      </w:pPr>
      <w:r>
        <w:rPr>
          <w:b w:val="0"/>
          <w:i w:val="0"/>
          <w:color w:val="EA580C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Ce qui m’a surpris ou ce qui a été difficile.</w:t>
      </w:r>
    </w:p>
    <w:p>
      <w:pPr>
        <w:spacing w:after="40" w:before="0"/>
        <w:jc w:val="left"/>
      </w:pPr>
      <w:r>
        <w:rPr>
          <w:b w:val="0"/>
          <w:i w:val="0"/>
          <w:color w:val="EA580C"/>
          <w:sz w:val="20"/>
        </w:rPr>
        <w:t xml:space="preserve">•  </w:t>
      </w:r>
      <w:r>
        <w:rPr>
          <w:b w:val="0"/>
          <w:i w:val="0"/>
          <w:color w:val="1E2935"/>
          <w:sz w:val="20"/>
        </w:rPr>
        <w:t>Est-ce que ce métier me donne des idées pour mon orientation ?</w:t>
      </w:r>
    </w:p>
    <w:p>
      <w:pPr>
        <w:spacing w:after="40" w:before="200"/>
        <w:jc w:val="left"/>
      </w:pPr>
      <w:r>
        <w:rPr>
          <w:b/>
          <w:i w:val="0"/>
          <w:color w:val="EA580C"/>
          <w:sz w:val="26"/>
        </w:rPr>
        <w:t>Remerciements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A580C"/>
            </w:tcBorders>
          </w:tcPr>
          <w:p>
            <w:pPr>
              <w:spacing w:after="80"/>
            </w:pPr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80" w:before="0"/>
        <w:jc w:val="both"/>
      </w:pPr>
      <w:r>
        <w:rPr>
          <w:b w:val="0"/>
          <w:i/>
          <w:color w:val="6B7280"/>
          <w:sz w:val="19"/>
        </w:rPr>
        <w:t>Remercie l’entreprise et les personnes qui t’ont accueilli.</w:t>
      </w:r>
    </w:p>
    <w:p>
      <w:pPr>
        <w:spacing w:after="40" w:before="200"/>
        <w:jc w:val="left"/>
      </w:pPr>
      <w:r>
        <w:rPr>
          <w:b/>
          <w:i w:val="0"/>
          <w:color w:val="EA580C"/>
          <w:sz w:val="26"/>
        </w:rPr>
        <w:t>Annexes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A580C"/>
            </w:tcBorders>
          </w:tcPr>
          <w:p>
            <w:pPr>
              <w:spacing w:after="80"/>
            </w:pPr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80" w:before="0"/>
        <w:jc w:val="both"/>
      </w:pPr>
      <w:r>
        <w:rPr>
          <w:b w:val="0"/>
          <w:i/>
          <w:color w:val="6B7280"/>
          <w:sz w:val="19"/>
        </w:rPr>
        <w:t>Ajoute des photos, documents ou dessins de l’entreprise (avec leur autorisation).</w:t>
      </w:r>
    </w:p>
    <w:p>
      <w:pPr>
        <w:spacing w:after="80" w:before="200"/>
        <w:jc w:val="left"/>
      </w:pPr>
      <w:r>
        <w:rPr>
          <w:b w:val="0"/>
          <w:i/>
          <w:color w:val="6B7280"/>
          <w:sz w:val="15"/>
        </w:rPr>
        <w:t>Modèle — un texte-guide (en italique) accompagne chaque partie ; remplacez-le par votre contenu.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