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</w:pPr>
      <w:r>
        <w:rPr>
          <w:rFonts w:ascii="Calibri" w:hAnsi="Calibri"/>
          <w:b/>
          <w:i w:val="0"/>
          <w:color w:val="1F2937"/>
          <w:sz w:val="24"/>
        </w:rPr>
        <w:t>[Prénom NOM]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[Adresse]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[Code postal – Ville]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[Téléphone] – [Email]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[Nom de l’entreprise]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À l’attention de [Nom du recruteur]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[Adresse de l’entreprise]</w:t>
      </w:r>
    </w:p>
    <w:p>
      <w:pPr>
        <w:spacing w:after="120" w:before="0"/>
      </w:pPr>
      <w:r>
        <w:rPr>
          <w:rFonts w:ascii="Calibri" w:hAnsi="Calibri"/>
          <w:b w:val="0"/>
          <w:i w:val="0"/>
          <w:color w:val="1F2937"/>
          <w:sz w:val="22"/>
        </w:rPr>
      </w:r>
    </w:p>
    <w:p>
      <w:pPr>
        <w:spacing w:after="240" w:before="0"/>
        <w:jc w:val="right"/>
      </w:pPr>
      <w:r>
        <w:rPr>
          <w:rFonts w:ascii="Calibri" w:hAnsi="Calibri"/>
          <w:b w:val="0"/>
          <w:i w:val="0"/>
          <w:color w:val="1F2937"/>
          <w:sz w:val="22"/>
        </w:rPr>
        <w:t>[Ville], le [date]</w:t>
      </w:r>
    </w:p>
    <w:p>
      <w:pPr>
        <w:spacing w:after="280" w:before="0"/>
      </w:pPr>
      <w:r>
        <w:rPr>
          <w:rFonts w:ascii="Calibri" w:hAnsi="Calibri"/>
          <w:b/>
          <w:i w:val="0"/>
          <w:color w:val="1F2937"/>
          <w:sz w:val="22"/>
        </w:rPr>
        <w:t>Objet : Lettre de recommandation</w:t>
      </w:r>
    </w:p>
    <w:p>
      <w:pPr>
        <w:spacing w:after="200" w:before="0"/>
      </w:pPr>
      <w:r>
        <w:rPr>
          <w:rFonts w:ascii="Calibri" w:hAnsi="Calibri"/>
          <w:b w:val="0"/>
          <w:i w:val="0"/>
          <w:color w:val="1F2937"/>
          <w:sz w:val="22"/>
        </w:rPr>
        <w:t>Madame, Monsieur,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Je soussigné(e) [Prénom Nom], [fonction] au sein de [Entreprise], recommande sans réserve [Prénom Nom], que j'ai encadré(e) en qualité de [poste occupé] de [mois/année] à [mois/année]. J'ai ainsi pu apprécier ses qualités professionnelles au quotidien, dans le cadre de [nature des missions].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Tout au long de notre collaboration, [Prénom] a fait preuve d'une grande rigueur et d'un réel sens des responsabilités. Je pense en particulier à [réalisation concrète : projet, résultat chiffré, problème résolu], qu'il/elle a menée à bien avec autonomie et méthode. Reconnu(e) pour [qualité 1] et [qualité 2], il/elle a rapidement gagné la confiance de l'équipe comme de nos interlocuteurs.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Au-delà de ses compétences techniques en [domaine], j'ai particulièrement apprécié son savoir-être : [ponctualité, esprit d'équipe, fiabilité…]. C'est une personne sur laquelle on peut compter, capable de s'investir et de progresser rapidement.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Pour toutes ces raisons, je recommande vivement la candidature de [Prénom Nom] pour [poste / formation visé(e)], convaincu(e) qu'il/elle saura y apporter la même qualité d'engagement. Je me tiens à votre disposition pour tout renseignement complémentaire, par téléphone au [numéro] ou par e-mail.</w:t>
      </w:r>
    </w:p>
    <w:p>
      <w:pPr>
        <w:spacing w:after="36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Je vous prie d’agréer, Madame, Monsieur, l’expression de mes salutations distinguées.</w:t>
      </w:r>
    </w:p>
    <w:p>
      <w:pPr>
        <w:spacing w:after="40" w:before="0"/>
        <w:jc w:val="right"/>
      </w:pPr>
      <w:r>
        <w:rPr>
          <w:rFonts w:ascii="Calibri" w:hAnsi="Calibri"/>
          <w:b/>
          <w:i w:val="0"/>
          <w:color w:val="1F2937"/>
          <w:sz w:val="22"/>
        </w:rPr>
        <w:t>[Prénom NOM]</w:t>
      </w:r>
    </w:p>
    <w:p>
      <w:pPr>
        <w:spacing w:after="0" w:before="0"/>
        <w:jc w:val="right"/>
      </w:pPr>
      <w:r>
        <w:rPr>
          <w:rFonts w:ascii="Calibri" w:hAnsi="Calibri"/>
          <w:b w:val="0"/>
          <w:i/>
          <w:color w:val="556070"/>
          <w:sz w:val="20"/>
        </w:rPr>
        <w:t>[Signature]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