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 w:before="0"/>
      </w:pPr>
      <w:r>
        <w:rPr>
          <w:rFonts w:ascii="Calibri" w:hAnsi="Calibri"/>
          <w:b/>
          <w:i w:val="0"/>
          <w:color w:val="1F2937"/>
          <w:sz w:val="24"/>
        </w:rPr>
        <w:t>[Prénom NOM]</w:t>
      </w:r>
    </w:p>
    <w:p>
      <w:pPr>
        <w:spacing w:after="20" w:before="0"/>
      </w:pPr>
      <w:r>
        <w:rPr>
          <w:rFonts w:ascii="Calibri" w:hAnsi="Calibri"/>
          <w:b w:val="0"/>
          <w:i w:val="0"/>
          <w:color w:val="556070"/>
          <w:sz w:val="20"/>
        </w:rPr>
        <w:t>[Adresse]</w:t>
      </w:r>
    </w:p>
    <w:p>
      <w:pPr>
        <w:spacing w:after="20" w:before="0"/>
      </w:pPr>
      <w:r>
        <w:rPr>
          <w:rFonts w:ascii="Calibri" w:hAnsi="Calibri"/>
          <w:b w:val="0"/>
          <w:i w:val="0"/>
          <w:color w:val="556070"/>
          <w:sz w:val="20"/>
        </w:rPr>
        <w:t>[Code postal – Ville]</w:t>
      </w:r>
    </w:p>
    <w:p>
      <w:pPr>
        <w:spacing w:after="20" w:before="0"/>
      </w:pPr>
      <w:r>
        <w:rPr>
          <w:rFonts w:ascii="Calibri" w:hAnsi="Calibri"/>
          <w:b w:val="0"/>
          <w:i w:val="0"/>
          <w:color w:val="556070"/>
          <w:sz w:val="20"/>
        </w:rPr>
        <w:t>[Téléphone] – [Email]</w:t>
      </w:r>
    </w:p>
    <w:p>
      <w:pPr>
        <w:spacing w:after="20" w:before="0"/>
        <w:jc w:val="right"/>
      </w:pPr>
      <w:r>
        <w:rPr>
          <w:rFonts w:ascii="Calibri" w:hAnsi="Calibri"/>
          <w:b w:val="0"/>
          <w:i w:val="0"/>
          <w:color w:val="1F2937"/>
          <w:sz w:val="20"/>
        </w:rPr>
        <w:t>[Nom de l’entreprise]</w:t>
      </w:r>
    </w:p>
    <w:p>
      <w:pPr>
        <w:spacing w:after="20" w:before="0"/>
        <w:jc w:val="right"/>
      </w:pPr>
      <w:r>
        <w:rPr>
          <w:rFonts w:ascii="Calibri" w:hAnsi="Calibri"/>
          <w:b w:val="0"/>
          <w:i w:val="0"/>
          <w:color w:val="1F2937"/>
          <w:sz w:val="20"/>
        </w:rPr>
        <w:t>À l’attention de [Nom du recruteur]</w:t>
      </w:r>
    </w:p>
    <w:p>
      <w:pPr>
        <w:spacing w:after="20" w:before="0"/>
        <w:jc w:val="right"/>
      </w:pPr>
      <w:r>
        <w:rPr>
          <w:rFonts w:ascii="Calibri" w:hAnsi="Calibri"/>
          <w:b w:val="0"/>
          <w:i w:val="0"/>
          <w:color w:val="1F2937"/>
          <w:sz w:val="20"/>
        </w:rPr>
        <w:t>[Adresse de l’entreprise]</w:t>
      </w:r>
    </w:p>
    <w:p>
      <w:pPr>
        <w:spacing w:after="120" w:before="0"/>
      </w:pPr>
      <w:r>
        <w:rPr>
          <w:rFonts w:ascii="Calibri" w:hAnsi="Calibri"/>
          <w:b w:val="0"/>
          <w:i w:val="0"/>
          <w:color w:val="1F2937"/>
          <w:sz w:val="22"/>
        </w:rPr>
      </w:r>
    </w:p>
    <w:p>
      <w:pPr>
        <w:spacing w:after="240" w:before="0"/>
        <w:jc w:val="right"/>
      </w:pPr>
      <w:r>
        <w:rPr>
          <w:rFonts w:ascii="Calibri" w:hAnsi="Calibri"/>
          <w:b w:val="0"/>
          <w:i w:val="0"/>
          <w:color w:val="1F2937"/>
          <w:sz w:val="22"/>
        </w:rPr>
        <w:t>[Ville], le [date]</w:t>
      </w:r>
    </w:p>
    <w:p>
      <w:pPr>
        <w:spacing w:after="280" w:before="0"/>
      </w:pPr>
      <w:r>
        <w:rPr>
          <w:rFonts w:ascii="Calibri" w:hAnsi="Calibri"/>
          <w:b/>
          <w:i w:val="0"/>
          <w:color w:val="1F2937"/>
          <w:sz w:val="22"/>
        </w:rPr>
        <w:t>Objet : Candidature au poste de [intitulé du poste] (réf. [numéro de l'annonce])</w:t>
      </w:r>
    </w:p>
    <w:p>
      <w:pPr>
        <w:spacing w:after="200" w:before="0"/>
      </w:pPr>
      <w:r>
        <w:rPr>
          <w:rFonts w:ascii="Calibri" w:hAnsi="Calibri"/>
          <w:b w:val="0"/>
          <w:i w:val="0"/>
          <w:color w:val="1F2937"/>
          <w:sz w:val="22"/>
        </w:rPr>
        <w:t>Madame, Monsieur,</w:t>
      </w:r>
    </w:p>
    <w:p>
      <w:pPr>
        <w:spacing w:after="200" w:before="0"/>
        <w:jc w:val="both"/>
      </w:pPr>
      <w:r>
        <w:rPr>
          <w:rFonts w:ascii="Calibri" w:hAnsi="Calibri"/>
          <w:b w:val="0"/>
          <w:i w:val="0"/>
          <w:color w:val="1F2937"/>
          <w:sz w:val="22"/>
        </w:rPr>
        <w:t>Actuellement [votre situation : en poste, en recherche, en formation], j'ai découvert votre offre pour le poste de [intitulé du poste] et votre entreprise a immédiatement retenu mon attention pour [élément concret : un projet, une valeur, une actualité de l'entreprise]. C'est avec un réel intérêt que je vous adresse ma candidature.</w:t>
      </w:r>
    </w:p>
    <w:p>
      <w:pPr>
        <w:spacing w:after="200" w:before="0"/>
        <w:jc w:val="both"/>
      </w:pPr>
      <w:r>
        <w:rPr>
          <w:rFonts w:ascii="Calibri" w:hAnsi="Calibri"/>
          <w:b w:val="0"/>
          <w:i w:val="0"/>
          <w:color w:val="1F2937"/>
          <w:sz w:val="22"/>
        </w:rPr>
        <w:t>Votre structure recherche [besoin ou mission clé mentionnée dans l'annonce], un enjeu que je connais bien. Fort(e) de [nombre] années d'expérience en [domaine], j'ai notamment [réalisation concrète et chiffrée : par exemple « piloté un projet ayant augmenté X de 30 % »]. Cette expérience m'a permis de développer [deux ou trois compétences clés attendues pour le poste], directement transposables à vos besoins.</w:t>
      </w:r>
    </w:p>
    <w:p>
      <w:pPr>
        <w:spacing w:after="200" w:before="0"/>
        <w:jc w:val="both"/>
      </w:pPr>
      <w:r>
        <w:rPr>
          <w:rFonts w:ascii="Calibri" w:hAnsi="Calibri"/>
          <w:b w:val="0"/>
          <w:i w:val="0"/>
          <w:color w:val="1F2937"/>
          <w:sz w:val="22"/>
        </w:rPr>
        <w:t>Rejoindre [nom de l'entreprise] représenterait pour moi l'occasion de mettre ces compétences au service de [objectif ou projet de l'entreprise], et de contribuer activement à [résultat attendu]. Je suis convaincu(e) que mon profil et votre projet peuvent se rencontrer avec profit.</w:t>
      </w:r>
    </w:p>
    <w:p>
      <w:pPr>
        <w:spacing w:after="200" w:before="0"/>
        <w:jc w:val="both"/>
      </w:pPr>
      <w:r>
        <w:rPr>
          <w:rFonts w:ascii="Calibri" w:hAnsi="Calibri"/>
          <w:b w:val="0"/>
          <w:i w:val="0"/>
          <w:color w:val="1F2937"/>
          <w:sz w:val="22"/>
        </w:rPr>
        <w:t>Je me tiens à votre disposition pour un entretien afin d'échanger sur ma candidature. Je vous prie d'agréer, Madame, Monsieur, l'expression de mes salutations distinguées.</w:t>
      </w:r>
    </w:p>
    <w:p>
      <w:pPr>
        <w:spacing w:after="40" w:before="0"/>
        <w:jc w:val="right"/>
      </w:pPr>
      <w:r>
        <w:rPr>
          <w:rFonts w:ascii="Calibri" w:hAnsi="Calibri"/>
          <w:b/>
          <w:i w:val="0"/>
          <w:color w:val="1F2937"/>
          <w:sz w:val="22"/>
        </w:rPr>
        <w:t>[Prénom NOM]</w:t>
      </w:r>
    </w:p>
    <w:p>
      <w:pPr>
        <w:spacing w:after="0" w:before="0"/>
        <w:jc w:val="right"/>
      </w:pPr>
      <w:r>
        <w:rPr>
          <w:rFonts w:ascii="Calibri" w:hAnsi="Calibri"/>
          <w:b w:val="0"/>
          <w:i/>
          <w:color w:val="556070"/>
          <w:sz w:val="20"/>
        </w:rPr>
        <w:t>[Signature]</w:t>
      </w:r>
    </w:p>
    <w:sectPr w:rsidR="00FC693F" w:rsidRPr="0006063C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