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candidature au poste de [intitulé du poste] (réf. [référence de l'offre])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Actuellement [votre situation : en poste, disponible, en recherche], je vous adresse ma candidature au poste de [intitulé du poste] au sein de [nom de l'entreprise], que j'ai découvert [source de l'offre]. Votre [activité / réputation / valeur] correspond précisément au cadre dans lequel je souhaite m'investir.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Fort[e] de [X années / une expérience] en [domaine ou métier], j'ai notamment [réalisation concrète ou compétence clé, avec un résultat chiffré si possible]. Rigoureux[se] et [qualité en lien avec le poste], je suis convaincu[e] de pouvoir contribuer rapidement à [objectif ou mission de l'équipe].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Disponible [dès le / à partir du date], je me tiens à votre disposition pour un entretien afin de vous présenter ma motivation de vive voix. Dans cette attente, je vous prie d'agréer, [Madame / Monsieur], l'expression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