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de [intitulé du poste / concours]</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Actuellement [votre situation : en poste, étudiant(e), en reconversion…], je souhaite mettre mon parcours au service de [nom de l'entreprise ou de l'établissement]. Votre [annonce / concours / formation] pour le poste de [intitulé] a particulièrement retenu mon attention, car [raison concrète et personnalisée : missions, valeurs, réputation].</w:t>
      </w:r>
    </w:p>
    <w:p>
      <w:pPr>
        <w:spacing w:after="200" w:before="0"/>
        <w:jc w:val="both"/>
      </w:pPr>
      <w:r>
        <w:rPr>
          <w:rFonts w:ascii="Calibri" w:hAnsi="Calibri"/>
          <w:b w:val="0"/>
          <w:i w:val="0"/>
          <w:color w:val="1F2937"/>
          <w:sz w:val="22"/>
        </w:rPr>
        <w:t>Au cours de [mes études / mes expériences] en [domaine], j'ai développé [compétence clé] et [compétence clé]. J'ai notamment [réalisation concrète, si possible chiffrée : résultat obtenu, projet mené, responsabilité exercée], ce qui m'a permis d'acquérir [qualité recherchée pour le poste]. Ces atouts répondent directement à [exigence mentionnée dans l'annonce].</w:t>
      </w:r>
    </w:p>
    <w:p>
      <w:pPr>
        <w:spacing w:after="200" w:before="0"/>
        <w:jc w:val="both"/>
      </w:pPr>
      <w:r>
        <w:rPr>
          <w:rFonts w:ascii="Calibri" w:hAnsi="Calibri"/>
          <w:b w:val="0"/>
          <w:i w:val="0"/>
          <w:color w:val="1F2937"/>
          <w:sz w:val="22"/>
        </w:rPr>
        <w:t>Rejoindre [nom de l'organisation] représente pour moi [motivation sincère : perspective d'évolution, adéquation avec mon projet, envie de contribuer à…]. Rigoureux(se) et impliqué(e), je suis convaincu(e) de pouvoir contribuer efficacement à [objectif ou mission de l'équipe].</w:t>
      </w:r>
    </w:p>
    <w:p>
      <w:pPr>
        <w:spacing w:after="200" w:before="0"/>
        <w:jc w:val="both"/>
      </w:pPr>
      <w:r>
        <w:rPr>
          <w:rFonts w:ascii="Calibri" w:hAnsi="Calibri"/>
          <w:b w:val="0"/>
          <w:i w:val="0"/>
          <w:color w:val="1F2937"/>
          <w:sz w:val="22"/>
        </w:rPr>
        <w:t>Je me tiens à votre disposition pour un entretien, au cours duquel je pourrai vous exposer plus en détail ma motivation. Dans l'attente de votre réponse, 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