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before="0"/>
      </w:pPr>
      <w:r>
        <w:rPr>
          <w:rFonts w:ascii="Calibri" w:hAnsi="Calibri"/>
          <w:b/>
          <w:i w:val="0"/>
          <w:color w:val="1F2937"/>
          <w:sz w:val="24"/>
        </w:rPr>
        <w:t>[Prénom NOM]</w:t>
      </w:r>
    </w:p>
    <w:p>
      <w:pPr>
        <w:spacing w:after="20" w:before="0"/>
      </w:pPr>
      <w:r>
        <w:rPr>
          <w:rFonts w:ascii="Calibri" w:hAnsi="Calibri"/>
          <w:b w:val="0"/>
          <w:i w:val="0"/>
          <w:color w:val="556070"/>
          <w:sz w:val="20"/>
        </w:rPr>
        <w:t>[Adresse]</w:t>
      </w:r>
    </w:p>
    <w:p>
      <w:pPr>
        <w:spacing w:after="20" w:before="0"/>
      </w:pPr>
      <w:r>
        <w:rPr>
          <w:rFonts w:ascii="Calibri" w:hAnsi="Calibri"/>
          <w:b w:val="0"/>
          <w:i w:val="0"/>
          <w:color w:val="556070"/>
          <w:sz w:val="20"/>
        </w:rPr>
        <w:t>[Code postal – Ville]</w:t>
      </w:r>
    </w:p>
    <w:p>
      <w:pPr>
        <w:spacing w:after="20" w:before="0"/>
      </w:pPr>
      <w:r>
        <w:rPr>
          <w:rFonts w:ascii="Calibri" w:hAnsi="Calibri"/>
          <w:b w:val="0"/>
          <w:i w:val="0"/>
          <w:color w:val="556070"/>
          <w:sz w:val="20"/>
        </w:rPr>
        <w:t>[Téléphone] – [Email]</w:t>
      </w:r>
    </w:p>
    <w:p>
      <w:pPr>
        <w:spacing w:after="20" w:before="0"/>
        <w:jc w:val="right"/>
      </w:pPr>
      <w:r>
        <w:rPr>
          <w:rFonts w:ascii="Calibri" w:hAnsi="Calibri"/>
          <w:b w:val="0"/>
          <w:i w:val="0"/>
          <w:color w:val="1F2937"/>
          <w:sz w:val="20"/>
        </w:rPr>
        <w:t>[Nom de l’entreprise]</w:t>
      </w:r>
    </w:p>
    <w:p>
      <w:pPr>
        <w:spacing w:after="20" w:before="0"/>
        <w:jc w:val="right"/>
      </w:pPr>
      <w:r>
        <w:rPr>
          <w:rFonts w:ascii="Calibri" w:hAnsi="Calibri"/>
          <w:b w:val="0"/>
          <w:i w:val="0"/>
          <w:color w:val="1F2937"/>
          <w:sz w:val="20"/>
        </w:rPr>
        <w:t>À l’attention de [Nom du recruteur]</w:t>
      </w:r>
    </w:p>
    <w:p>
      <w:pPr>
        <w:spacing w:after="20" w:before="0"/>
        <w:jc w:val="right"/>
      </w:pPr>
      <w:r>
        <w:rPr>
          <w:rFonts w:ascii="Calibri" w:hAnsi="Calibri"/>
          <w:b w:val="0"/>
          <w:i w:val="0"/>
          <w:color w:val="1F2937"/>
          <w:sz w:val="20"/>
        </w:rPr>
        <w:t>[Adresse de l’entreprise]</w:t>
      </w:r>
    </w:p>
    <w:p>
      <w:pPr>
        <w:spacing w:after="120" w:before="0"/>
      </w:pPr>
      <w:r>
        <w:rPr>
          <w:rFonts w:ascii="Calibri" w:hAnsi="Calibri"/>
          <w:b w:val="0"/>
          <w:i w:val="0"/>
          <w:color w:val="1F2937"/>
          <w:sz w:val="22"/>
        </w:rPr>
      </w:r>
    </w:p>
    <w:p>
      <w:pPr>
        <w:spacing w:after="240" w:before="0"/>
        <w:jc w:val="right"/>
      </w:pPr>
      <w:r>
        <w:rPr>
          <w:rFonts w:ascii="Calibri" w:hAnsi="Calibri"/>
          <w:b w:val="0"/>
          <w:i w:val="0"/>
          <w:color w:val="1F2937"/>
          <w:sz w:val="22"/>
        </w:rPr>
        <w:t>[Ville], le [date]</w:t>
      </w:r>
    </w:p>
    <w:p>
      <w:pPr>
        <w:spacing w:after="280" w:before="0"/>
      </w:pPr>
      <w:r>
        <w:rPr>
          <w:rFonts w:ascii="Calibri" w:hAnsi="Calibri"/>
          <w:b/>
          <w:i w:val="0"/>
          <w:color w:val="1F2937"/>
          <w:sz w:val="22"/>
        </w:rPr>
        <w:t>Objet : candidature au poste de [intitulé du poste]</w:t>
      </w:r>
    </w:p>
    <w:p>
      <w:pPr>
        <w:spacing w:after="200" w:before="0"/>
      </w:pPr>
      <w:r>
        <w:rPr>
          <w:rFonts w:ascii="Calibri" w:hAnsi="Calibri"/>
          <w:b w:val="0"/>
          <w:i w:val="0"/>
          <w:color w:val="1F2937"/>
          <w:sz w:val="22"/>
        </w:rPr>
        <w:t>Madame, Monsieur,</w:t>
      </w:r>
    </w:p>
    <w:p>
      <w:pPr>
        <w:spacing w:after="200" w:before="0"/>
        <w:jc w:val="both"/>
      </w:pPr>
      <w:r>
        <w:rPr>
          <w:rFonts w:ascii="Calibri" w:hAnsi="Calibri"/>
          <w:b w:val="0"/>
          <w:i w:val="0"/>
          <w:color w:val="1F2937"/>
          <w:sz w:val="22"/>
        </w:rPr>
        <w:t>Votre [projet / actualité / valeur : par exemple « ouverture d'une nouvelle agence à Lyon »] a retenu toute mon attention : il correspond précisément à l'environnement dans lequel je souhaite m'investir. C'est avec un réel enthousiasme que je vous adresse ma candidature au poste de [intitulé du poste].</w:t>
      </w:r>
    </w:p>
    <w:p>
      <w:pPr>
        <w:spacing w:after="200" w:before="0"/>
        <w:jc w:val="both"/>
      </w:pPr>
      <w:r>
        <w:rPr>
          <w:rFonts w:ascii="Calibri" w:hAnsi="Calibri"/>
          <w:b w:val="0"/>
          <w:i w:val="0"/>
          <w:color w:val="1F2937"/>
          <w:sz w:val="22"/>
        </w:rPr>
        <w:t>Votre entreprise, reconnue pour [atout / spécificité de l'entreprise], fait face à [enjeu ou besoin identifié dans l'offre]. Au cours de mes [nombre] années d'expérience en tant que [fonction précédente], j'ai précisément développé les compétences pour y répondre : [réalisation concrète n°1 avec résultat chiffré] et [réalisation concrète n°2 avec résultat chiffré]. Ces expériences m'ont appris à [compétence clé attendue pour le poste].</w:t>
      </w:r>
    </w:p>
    <w:p>
      <w:pPr>
        <w:spacing w:after="200" w:before="0"/>
        <w:jc w:val="both"/>
      </w:pPr>
      <w:r>
        <w:rPr>
          <w:rFonts w:ascii="Calibri" w:hAnsi="Calibri"/>
          <w:b w:val="0"/>
          <w:i w:val="0"/>
          <w:color w:val="1F2937"/>
          <w:sz w:val="22"/>
        </w:rPr>
        <w:t>Rejoindre votre équipe, ce serait mettre [votre atout majeur] au service de [objectif concret du poste]. Dès les premières semaines, je m'attacherais à [contribution envisagée à court terme], afin de contribuer rapidement à [résultat visé par l'entreprise].</w:t>
      </w:r>
    </w:p>
    <w:p>
      <w:pPr>
        <w:spacing w:after="200" w:before="0"/>
        <w:jc w:val="both"/>
      </w:pPr>
      <w:r>
        <w:rPr>
          <w:rFonts w:ascii="Calibri" w:hAnsi="Calibri"/>
          <w:b w:val="0"/>
          <w:i w:val="0"/>
          <w:color w:val="1F2937"/>
          <w:sz w:val="22"/>
        </w:rPr>
        <w:t>Je me tiens à votre disposition pour un entretien au cours duquel je pourrai vous exposer plus en détail ma motivation. Dans cette attente, je vous prie d'agréer, Madame, Monsieur, l'expression de mes salutations distinguées.</w:t>
      </w:r>
    </w:p>
    <w:p>
      <w:pPr>
        <w:spacing w:after="40" w:before="0"/>
        <w:jc w:val="right"/>
      </w:pPr>
      <w:r>
        <w:rPr>
          <w:rFonts w:ascii="Calibri" w:hAnsi="Calibri"/>
          <w:b/>
          <w:i w:val="0"/>
          <w:color w:val="1F2937"/>
          <w:sz w:val="22"/>
        </w:rPr>
        <w:t>[Prénom NOM]</w:t>
      </w:r>
    </w:p>
    <w:p>
      <w:pPr>
        <w:spacing w:after="0" w:before="0"/>
        <w:jc w:val="right"/>
      </w:pPr>
      <w:r>
        <w:rPr>
          <w:rFonts w:ascii="Calibri" w:hAnsi="Calibri"/>
          <w:b w:val="0"/>
          <w:i/>
          <w:color w:val="556070"/>
          <w:sz w:val="20"/>
        </w:rPr>
        <w:t>[Signature]</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