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 w:before="0"/>
      </w:pPr>
      <w:r>
        <w:rPr>
          <w:rFonts w:ascii="Calibri" w:hAnsi="Calibri"/>
          <w:b/>
          <w:i w:val="0"/>
          <w:color w:val="1F2937"/>
          <w:sz w:val="24"/>
        </w:rPr>
        <w:t>[Prénom NOM]</w:t>
      </w:r>
    </w:p>
    <w:p>
      <w:pPr>
        <w:spacing w:after="20" w:before="0"/>
      </w:pPr>
      <w:r>
        <w:rPr>
          <w:rFonts w:ascii="Calibri" w:hAnsi="Calibri"/>
          <w:b w:val="0"/>
          <w:i w:val="0"/>
          <w:color w:val="556070"/>
          <w:sz w:val="20"/>
        </w:rPr>
        <w:t>[Adresse]</w:t>
      </w:r>
    </w:p>
    <w:p>
      <w:pPr>
        <w:spacing w:after="20" w:before="0"/>
      </w:pPr>
      <w:r>
        <w:rPr>
          <w:rFonts w:ascii="Calibri" w:hAnsi="Calibri"/>
          <w:b w:val="0"/>
          <w:i w:val="0"/>
          <w:color w:val="556070"/>
          <w:sz w:val="20"/>
        </w:rPr>
        <w:t>[Code postal – Ville]</w:t>
      </w:r>
    </w:p>
    <w:p>
      <w:pPr>
        <w:spacing w:after="20" w:before="0"/>
      </w:pPr>
      <w:r>
        <w:rPr>
          <w:rFonts w:ascii="Calibri" w:hAnsi="Calibri"/>
          <w:b w:val="0"/>
          <w:i w:val="0"/>
          <w:color w:val="556070"/>
          <w:sz w:val="20"/>
        </w:rPr>
        <w:t>[Téléphone] – [Email]</w:t>
      </w:r>
    </w:p>
    <w:p>
      <w:pPr>
        <w:spacing w:after="20" w:before="0"/>
        <w:jc w:val="right"/>
      </w:pPr>
      <w:r>
        <w:rPr>
          <w:rFonts w:ascii="Calibri" w:hAnsi="Calibri"/>
          <w:b w:val="0"/>
          <w:i w:val="0"/>
          <w:color w:val="1F2937"/>
          <w:sz w:val="20"/>
        </w:rPr>
        <w:t>[Nom de l’entreprise]</w:t>
      </w:r>
    </w:p>
    <w:p>
      <w:pPr>
        <w:spacing w:after="20" w:before="0"/>
        <w:jc w:val="right"/>
      </w:pPr>
      <w:r>
        <w:rPr>
          <w:rFonts w:ascii="Calibri" w:hAnsi="Calibri"/>
          <w:b w:val="0"/>
          <w:i w:val="0"/>
          <w:color w:val="1F2937"/>
          <w:sz w:val="20"/>
        </w:rPr>
        <w:t>À l’attention de [Nom du recruteur]</w:t>
      </w:r>
    </w:p>
    <w:p>
      <w:pPr>
        <w:spacing w:after="20" w:before="0"/>
        <w:jc w:val="right"/>
      </w:pPr>
      <w:r>
        <w:rPr>
          <w:rFonts w:ascii="Calibri" w:hAnsi="Calibri"/>
          <w:b w:val="0"/>
          <w:i w:val="0"/>
          <w:color w:val="1F2937"/>
          <w:sz w:val="20"/>
        </w:rPr>
        <w:t>[Adresse de l’entreprise]</w:t>
      </w:r>
    </w:p>
    <w:p>
      <w:pPr>
        <w:spacing w:after="120" w:before="0"/>
      </w:pPr>
      <w:r>
        <w:rPr>
          <w:rFonts w:ascii="Calibri" w:hAnsi="Calibri"/>
          <w:b w:val="0"/>
          <w:i w:val="0"/>
          <w:color w:val="1F2937"/>
          <w:sz w:val="22"/>
        </w:rPr>
      </w:r>
    </w:p>
    <w:p>
      <w:pPr>
        <w:spacing w:after="240" w:before="0"/>
        <w:jc w:val="right"/>
      </w:pPr>
      <w:r>
        <w:rPr>
          <w:rFonts w:ascii="Calibri" w:hAnsi="Calibri"/>
          <w:b w:val="0"/>
          <w:i w:val="0"/>
          <w:color w:val="1F2937"/>
          <w:sz w:val="22"/>
        </w:rPr>
        <w:t>[Ville], le [date]</w:t>
      </w:r>
    </w:p>
    <w:p>
      <w:pPr>
        <w:spacing w:after="280" w:before="0"/>
      </w:pPr>
      <w:r>
        <w:rPr>
          <w:rFonts w:ascii="Calibri" w:hAnsi="Calibri"/>
          <w:b/>
          <w:i w:val="0"/>
          <w:color w:val="1F2937"/>
          <w:sz w:val="22"/>
        </w:rPr>
        <w:t>Objet : Démission</w:t>
      </w:r>
    </w:p>
    <w:p>
      <w:pPr>
        <w:spacing w:after="200" w:before="0"/>
      </w:pPr>
      <w:r>
        <w:rPr>
          <w:rFonts w:ascii="Calibri" w:hAnsi="Calibri"/>
          <w:b w:val="0"/>
          <w:i w:val="0"/>
          <w:color w:val="1F2937"/>
          <w:sz w:val="22"/>
        </w:rPr>
        <w:t>Madame, Monsieur,</w:t>
      </w:r>
    </w:p>
    <w:p>
      <w:pPr>
        <w:spacing w:after="20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Par la présente, je vous informe de ma décision de démissionner de mon poste de [intitulé du poste], que j'occupe au sein de votre entreprise depuis le [date d'embauche].</w:t>
      </w:r>
    </w:p>
    <w:p>
      <w:pPr>
        <w:spacing w:after="20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Sauf accord contraire de votre part, j'effectuerai mon préavis de [durée du préavis], qui débutera à la date de réception de ce courrier. Mon contrat de travail prendra donc fin le [date de fin envisagée].</w:t>
      </w:r>
    </w:p>
    <w:p>
      <w:pPr>
        <w:spacing w:after="20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Je reste à votre disposition pour organiser au mieux la transmission de mes dossiers d'ici mon départ.</w:t>
      </w:r>
    </w:p>
    <w:p>
      <w:pPr>
        <w:spacing w:after="20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Je vous prie d'agréer, Madame, Monsieur, l'expression de mes salutations distinguées.</w:t>
      </w:r>
    </w:p>
    <w:p>
      <w:pPr>
        <w:spacing w:after="40" w:before="0"/>
        <w:jc w:val="right"/>
      </w:pPr>
      <w:r>
        <w:rPr>
          <w:rFonts w:ascii="Calibri" w:hAnsi="Calibri"/>
          <w:b/>
          <w:i w:val="0"/>
          <w:color w:val="1F2937"/>
          <w:sz w:val="22"/>
        </w:rPr>
        <w:t>[Prénom NOM]</w:t>
      </w:r>
    </w:p>
    <w:p>
      <w:pPr>
        <w:spacing w:after="0" w:before="0"/>
        <w:jc w:val="right"/>
      </w:pPr>
      <w:r>
        <w:rPr>
          <w:rFonts w:ascii="Calibri" w:hAnsi="Calibri"/>
          <w:b w:val="0"/>
          <w:i/>
          <w:color w:val="556070"/>
          <w:sz w:val="20"/>
        </w:rPr>
        <w:t>[Signature]</w:t>
      </w:r>
    </w:p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