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[Prénom NOM]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[Adresse]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[Code postal – Ville]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[Téléphone]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[Nom de l’entreprise]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À l’attention de [Nom du recruteur]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[Adresse de l’entreprise]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[Ville], le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Objet : Démission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Par la présente, je vous informe de ma décision de démissionner de mon poste de [intitulé du poste], que j'occupe au sein de [nom de l'entreprise] depuis le [date d'embauche].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Conformément aux dispositions de mon contrat de travail et de la convention collective applicable, j'effectuerai un préavis de [durée du préavis]. La fin de mon contrat interviendra donc le [date de fin de contrat envisagée].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remercie de bien vouloir me confirmer la bonne réception de cette lettre et de préparer, à l'issue de mon préavis, les documents de fin de contrat (certificat de travail, reçu pour solde de tout compte et attestation destinée à France Travail).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prie d'agréer, Madame, Monsieur, l'expression de mes salutations distinguées.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[Prénom NOM]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