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Modèle de fiche de poste Word gratuit à personnaliser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[Service]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TYPE DE POSTE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[Statut / temps]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[Décrire en une ou deux phrases la contribution principale du poste.]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PRINCIPALES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1 : verbe + périmètre + résultat attendu]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3]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4]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5]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1]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3]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[Rattachement et autonomie]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[Horaires / contraintes]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[Date et validation]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