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00"/>
      </w:tblGrid>
      <w:tr>
        <w:tc>
          <w:tcPr>
            <w:tcW w:type="dxa" w:w="10200"/>
            <w:tcBorders>
              <w:top w:val="single" w:sz="12" w:space="4" w:color="E11D48"/>
              <w:left w:val="single" w:sz="12" w:space="4" w:color="E11D48"/>
              <w:bottom w:val="single" w:sz="12" w:space="4" w:color="E11D48"/>
              <w:right w:val="single" w:sz="12" w:space="4" w:color="E11D48"/>
            </w:tcBorders>
          </w:tcPr>
          <w:p/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shd w:val="clear" w:color="auto" w:fill="E11D48"/>
                </w:tcPr>
                <w:p>
                  <w:pPr>
                    <w:spacing w:before="80" w:after="80"/>
                  </w:pPr>
                  <w:r>
                    <w:rPr>
                      <w:b/>
                      <w:i w:val="0"/>
                      <w:color w:val="FFFFFF"/>
                      <w:sz w:val="30"/>
                    </w:rPr>
                    <w:t xml:space="preserve">  FICHE DE POSTE — Modèle de fiche de poste Word gratuit et modifiable</w:t>
                  </w:r>
                </w:p>
              </w:tc>
            </w:tr>
          </w:tbl>
          <w:p/>
          <w:p>
            <w:pPr>
              <w:spacing w:after="20" w:before="80"/>
              <w:jc w:val="left"/>
            </w:pPr>
            <w:r>
              <w:rPr>
                <w:b/>
                <w:i w:val="0"/>
                <w:color w:val="E11D48"/>
                <w:sz w:val="24"/>
              </w:rPr>
              <w:t>VOTRE ORGANISATION</w:t>
            </w:r>
          </w:p>
          <w:p>
            <w:pPr>
              <w:spacing w:after="80" w:before="0"/>
              <w:jc w:val="left"/>
            </w:pPr>
            <w:r>
              <w:rPr>
                <w:b w:val="0"/>
                <w:i/>
                <w:color w:val="6B7280"/>
                <w:sz w:val="18"/>
              </w:rPr>
              <w:t>Document RH modifiable</w:t>
            </w:r>
          </w:p>
          <w:tbl>
            <w:tblPr>
              <w:tblW w:type="auto" w:w="0"/>
              <w:tblLayout w:type="fixed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2550"/>
              <w:gridCol w:w="2550"/>
              <w:gridCol w:w="2550"/>
              <w:gridCol w:w="2550"/>
            </w:tblGrid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SERVICE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[Service]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RESPONSABLE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[Fonction]</w:t>
                  </w:r>
                </w:p>
              </w:tc>
            </w:tr>
            <w:tr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LOCALISATION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[Lieu]</w:t>
                  </w:r>
                </w:p>
              </w:tc>
              <w:tc>
                <w:tcPr>
                  <w:tcW w:type="dxa" w:w="1814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6B7280"/>
                      <w:sz w:val="17"/>
                    </w:rPr>
                    <w:t>TYPE DE POSTE</w:t>
                  </w:r>
                </w:p>
              </w:tc>
              <w:tc>
                <w:tcPr>
                  <w:tcW w:type="dxa" w:w="3118"/>
                </w:tcPr>
                <w:p>
                  <w:pPr>
                    <w:spacing w:after="80"/>
                  </w:pPr>
                  <w:r>
                    <w:rPr>
                      <w:b/>
                      <w:i w:val="0"/>
                      <w:color w:val="E11D48"/>
                      <w:sz w:val="20"/>
                    </w:rPr>
                    <w:t>[Statut / temps]</w:t>
                  </w:r>
                </w:p>
              </w:tc>
            </w:tr>
          </w:tbl>
          <w:p/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FINALITÉ DU POSTE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60" w:before="0"/>
              <w:jc w:val="left"/>
            </w:pPr>
            <w:r>
              <w:rPr>
                <w:b w:val="0"/>
                <w:i w:val="0"/>
                <w:sz w:val="20"/>
              </w:rPr>
              <w:t>[Décrire en une ou deux phrases la contribution principale du poste.]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MISSIONS PRINCIPALES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1 : verbe + périmètre + résultat attendu]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2]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3]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4]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[Mission 5]</w:t>
            </w:r>
          </w:p>
          <w:p>
            <w:pPr>
              <w:spacing w:after="60" w:before="200"/>
              <w:jc w:val="left"/>
            </w:pPr>
            <w:r>
              <w:rPr>
                <w:b/>
                <w:i w:val="0"/>
                <w:color w:val="E11D48"/>
                <w:sz w:val="22"/>
              </w:rPr>
              <w:t>REPÈRES ESSENTIELS</w:t>
            </w:r>
          </w:p>
          <w:tbl>
            <w:tblPr>
              <w:tblW w:type="auto" w:w="0"/>
              <w:tblLook w:firstColumn="1" w:firstRow="1" w:lastColumn="0" w:lastRow="0" w:noHBand="0" w:noVBand="1" w:val="04A0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0200"/>
            </w:tblGrid>
            <w:tr>
              <w:tc>
                <w:tcPr>
                  <w:tcW w:type="dxa" w:w="10200"/>
                  <w:tcBorders>
                    <w:bottom w:val="single" w:sz="8" w:space="0" w:color="E11D48"/>
                  </w:tcBorders>
                </w:tcPr>
                <w:p>
                  <w:r>
                    <w:rPr>
                      <w:b w:val="0"/>
                      <w:i w:val="0"/>
                      <w:sz w:val="2"/>
                    </w:rPr>
                  </w:r>
                </w:p>
              </w:tc>
            </w:tr>
          </w:tbl>
          <w:p/>
          <w:p>
            <w:pPr>
              <w:spacing w:after="20"/>
            </w:pP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Compétences clés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[Compétence 1]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[Compétence 2]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[Compétence 3]</w:t>
            </w:r>
          </w:p>
          <w:p>
            <w:pPr>
              <w:spacing w:after="20" w:before="40"/>
              <w:jc w:val="left"/>
            </w:pPr>
            <w:r>
              <w:rPr>
                <w:b/>
                <w:i w:val="0"/>
                <w:color w:val="E11D48"/>
                <w:sz w:val="20"/>
              </w:rPr>
              <w:t>Cadre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[Rattachement et autonomie]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[Horaires / contraintes]</w:t>
            </w:r>
          </w:p>
          <w:p>
            <w:pPr>
              <w:pStyle w:val="ListBullet"/>
              <w:spacing w:after="40"/>
            </w:pPr>
            <w:r>
              <w:rPr>
                <w:b w:val="0"/>
                <w:i w:val="0"/>
                <w:sz w:val="20"/>
              </w:rPr>
              <w:t>[Date et validation]</w:t>
            </w:r>
          </w:p>
        </w:tc>
      </w:tr>
    </w:tbl>
    <w:sectPr w:rsidR="00FC693F" w:rsidRPr="0006063C" w:rsidSect="00034616">
      <w:pgSz w:w="12240" w:h="15840"/>
      <w:pgMar w:top="907" w:right="1020" w:bottom="79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2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