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Modèle de fiche de poste Word gratuit et modifiable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[Mission 1 : verbe + périmètre + résultat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2]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3]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4]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5]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