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Exemple à adapter et faire valider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Secrétaire comptable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Combiner le secrétariat courant et la préparation comptable afin d’assurer un suivi administratif et financier régulier.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Traiter courriers, appels et rendez-vous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Établir ou contrôler devis et factures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Préparer les pièces comptables pour validation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Suivre règlements et relances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Bureautique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Bases de comptabilité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Polyvalence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Rigueur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Alternance de tâches et d’interruptions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Échéances de facturation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Retards de facturation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Pièces manquantes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