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Secrétaire comptable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[À préciser]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VERSION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1.0 — [Date]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Combiner le secrétariat courant et la préparation comptable afin d’assurer un suivi administratif et financier régulier.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PRIORITAIRES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Traiter courriers, appels et rendez-vous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Établir ou contrôler devis et factures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Préparer les pièces comptables pour validation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Bureautique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Bases de comptabilité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 d’exercice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Alternance de tâches et d’interruptions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Échéances de facturation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