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  <w:jc w:val="left"/>
      </w:pPr>
      <w:r>
        <w:rPr>
          <w:b/>
          <w:i w:val="0"/>
          <w:color w:val="1E2935"/>
          <w:sz w:val="28"/>
        </w:rPr>
        <w:t>VOTRE ORGANISATION</w:t>
      </w:r>
    </w:p>
    <w:p>
      <w:pPr>
        <w:spacing w:after="60" w:before="0"/>
        <w:jc w:val="left"/>
      </w:pPr>
      <w:r>
        <w:rPr>
          <w:b w:val="0"/>
          <w:i/>
          <w:color w:val="6B7280"/>
          <w:sz w:val="18"/>
        </w:rPr>
        <w:t>Exemple à adapter et faire valider</w:t>
      </w:r>
    </w:p>
    <w:p>
      <w:pPr>
        <w:spacing w:after="40" w:before="0"/>
        <w:jc w:val="left"/>
      </w:pPr>
      <w:r>
        <w:rPr>
          <w:b/>
          <w:i w:val="0"/>
          <w:color w:val="EA607E"/>
          <w:sz w:val="24"/>
        </w:rPr>
        <w:t>FICHE DE POSTE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10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120" w:before="80"/>
        <w:jc w:val="left"/>
      </w:pPr>
      <w:r>
        <w:rPr>
          <w:b/>
          <w:i w:val="0"/>
          <w:color w:val="E11D48"/>
          <w:sz w:val="40"/>
        </w:rPr>
        <w:t>Responsable ressources humaines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SERVICE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[À préciser]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RESPONSABLE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[Fonction]</w:t>
            </w:r>
          </w:p>
        </w:tc>
      </w:tr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LOCALISATION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[Lieu]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VERSION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1.0 — [Date]</w:t>
            </w:r>
          </w:p>
        </w:tc>
      </w:tr>
    </w:tbl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FINALITÉ DU POSTE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20"/>
      </w:pPr>
    </w:p>
    <w:p>
      <w:pPr>
        <w:spacing w:after="60" w:before="0"/>
        <w:jc w:val="left"/>
      </w:pPr>
      <w:r>
        <w:rPr>
          <w:b w:val="0"/>
          <w:i w:val="0"/>
          <w:sz w:val="20"/>
        </w:rPr>
        <w:t>Déployer la politique RH, sécuriser les processus humains et accompagner les managers sur l’emploi, les compétences et les relations de travail.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MISSIONS PRINCIPALES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20"/>
      </w:pPr>
    </w:p>
    <w:p>
      <w:pPr>
        <w:pStyle w:val="ListBullet"/>
        <w:spacing w:after="40"/>
      </w:pPr>
      <w:r>
        <w:rPr>
          <w:b w:val="0"/>
          <w:i w:val="0"/>
          <w:sz w:val="20"/>
        </w:rPr>
        <w:t>Piloter le recrutement et l’intégration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Conseiller les managers sur les situations individuelles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Superviser l’administration du personnel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Préparer le plan de développement des compétences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COMPÉTENCES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20"/>
      </w:pP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Savoir-faire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Droit social opérationnel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Processus de recrutement</w:t>
      </w: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Comportements professionnels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Écoute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Confidentialité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CONDITIONS ET RÉUSSITE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20"/>
      </w:pP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Conditions d’exercice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Déplacements possibles entre sites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Gestion de situations sensibles</w:t>
      </w: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Critères de réussite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Délai de recrutement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Turnover suivi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