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Auxiliaire de vie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Accompagner la personne dans les actes essentiels de la vie quotidienne en préservant son autonomie, sa dignité et sa sécurité dans le périmètre autorisé.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Aider à la préparation des repas et à l’entretien courant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Accompagner les déplacements et activités quotidiennes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Soutenir l’autonomie sans se substituer inutilement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Accompagnement des actes quotidiens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Gestes et postures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Déplacements fréquents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Horaires fractionnés possibles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