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Assistant de direction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Faciliter l’activité de la direction en organisant l’information, l’agenda, les réunions et le suivi des décisions avec un haut niveau de confidentialité.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Gérer l’agenda, les rendez-vous et les priorités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Préparer réunions, dossiers et supports de décision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Rédiger courriers, notes et comptes rendus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Organiser déplacements et événements internes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Suite bureautique avancée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Rédaction professionnelle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Anticipation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Présence liée aux contraintes de la direction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Gestion de plusieurs interlocuteurs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Tenue des échéances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 des dossiers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