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Agent d’entretien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Maintenir la propreté et l’hygiène des locaux selon le plan de nettoyage, les consignes de sécurité et les exigences du site.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Préparer le matériel et les produits adaptés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Nettoyer sols, surfaces et sanitaires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Trier et évacuer les déchets selon les consignes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Renseigner les fiches de passage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Techniques de nettoyage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Dosage et usage des produits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Ponctualité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Discrétion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Horaires décalés possibles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Station debout et gestes répétitifs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Conformité des contrôles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Passages réalisés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