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4" w:color="E11D48"/>
              <w:left w:val="single" w:sz="12" w:space="4" w:color="E11D48"/>
              <w:bottom w:val="single" w:sz="12" w:space="4" w:color="E11D48"/>
              <w:right w:val="single" w:sz="12" w:space="4" w:color="E11D48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shd w:val="clear" w:color="auto" w:fill="E11D48"/>
                </w:tcPr>
                <w:p>
                  <w:pPr>
                    <w:spacing w:before="80" w:after="80"/>
                  </w:pPr>
                  <w:r>
                    <w:rPr>
                      <w:b/>
                      <w:i w:val="0"/>
                      <w:color w:val="FFFFFF"/>
                      <w:sz w:val="30"/>
                    </w:rPr>
                    <w:t xml:space="preserve">  FICHE DE POSTE — Modèle de fiche de poste à remplir : méthode et exemples</w:t>
                  </w:r>
                </w:p>
              </w:tc>
            </w:tr>
          </w:tbl>
          <w:p/>
          <w:p>
            <w:pPr>
              <w:spacing w:after="20" w:before="80"/>
              <w:jc w:val="left"/>
            </w:pPr>
            <w:r>
              <w:rPr>
                <w:b/>
                <w:i w:val="0"/>
                <w:color w:val="E11D48"/>
                <w:sz w:val="24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Document RH modifiable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550"/>
              <w:gridCol w:w="2550"/>
              <w:gridCol w:w="2550"/>
              <w:gridCol w:w="2550"/>
            </w:tblGrid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SERVICE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[Service]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RESPONSABLE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[Fonction]</w:t>
                  </w:r>
                </w:p>
              </w:tc>
            </w:tr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LOCALISATION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[Lieu]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TYPE DE POSTE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[Statut / temps]</w:t>
                  </w:r>
                </w:p>
              </w:tc>
            </w:tr>
          </w:tbl>
          <w:p/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FINALITÉ DU POSTE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60" w:before="0"/>
              <w:jc w:val="left"/>
            </w:pPr>
            <w:r>
              <w:rPr>
                <w:b w:val="0"/>
                <w:i w:val="0"/>
                <w:sz w:val="20"/>
              </w:rPr>
              <w:t>[Décrire en une ou deux phrases la contribution principale du poste.]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MISSIONS PRINCIPALES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1 : verbe + périmètre + résultat attendu]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2]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3]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4]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5]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REPÈRES ESSENTIELS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Compétences clés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[Compétence 1]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[Compétence 2]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[Compétence 3]</w:t>
            </w: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Cadre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[Rattachement et autonomie]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[Horaires / contraintes]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[Date et validation]</w:t>
            </w:r>
          </w:p>
        </w:tc>
      </w:tr>
    </w:tbl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