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00"/>
        <w:gridCol w:w="5100"/>
      </w:tblGrid>
      <w:tr>
        <w:tc>
          <w:tcPr>
            <w:tcW w:type="dxa" w:w="6236"/>
          </w:tcPr>
          <w:p>
            <w:r>
              <w:rPr>
                <w:b/>
                <w:i w:val="0"/>
                <w:color w:val="E11D48"/>
                <w:sz w:val="26"/>
              </w:rPr>
              <w:t>VOTRE ORGANISATION</w:t>
            </w:r>
          </w:p>
          <w:p>
            <w:pPr>
              <w:spacing w:after="80" w:before="0"/>
              <w:jc w:val="left"/>
            </w:pPr>
            <w:r>
              <w:rPr>
                <w:b w:val="0"/>
                <w:i/>
                <w:color w:val="6B7280"/>
                <w:sz w:val="18"/>
              </w:rPr>
              <w:t>Document RH modifiable</w:t>
            </w:r>
          </w:p>
        </w:tc>
        <w:tc>
          <w:tcPr>
            <w:tcW w:type="dxa" w:w="3628"/>
          </w:tcPr>
          <w:p>
            <w:pPr>
              <w:jc w:val="right"/>
            </w:pPr>
            <w:r>
              <w:rPr>
                <w:b/>
                <w:i w:val="0"/>
                <w:color w:val="E11D48"/>
                <w:sz w:val="30"/>
              </w:rPr>
              <w:t>FICHE DE POSTE</w:t>
            </w:r>
          </w:p>
        </w:tc>
      </w:tr>
    </w:tbl>
    <w:p>
      <w:pPr>
        <w:spacing w:after="40"/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shd w:val="clear" w:color="auto" w:fill="E11D48"/>
          </w:tcPr>
          <w:p>
            <w:pPr>
              <w:spacing w:before="100"/>
            </w:pPr>
            <w:r>
              <w:rPr>
                <w:b/>
                <w:i w:val="0"/>
                <w:color w:val="F3A9B9"/>
                <w:sz w:val="17"/>
              </w:rPr>
              <w:t>INTITULÉ DU POSTE</w:t>
            </w:r>
          </w:p>
          <w:p>
            <w:pPr>
              <w:spacing w:after="120" w:before="0"/>
              <w:jc w:val="left"/>
            </w:pPr>
            <w:r>
              <w:rPr>
                <w:b/>
                <w:i w:val="0"/>
                <w:color w:val="FFFFFF"/>
                <w:sz w:val="32"/>
              </w:rPr>
              <w:t>Modèle de fiche de poste à remplir : méthode et exemples</w:t>
            </w:r>
          </w:p>
        </w:tc>
      </w:tr>
    </w:tbl>
    <w:p>
      <w:pPr>
        <w:spacing w:after="60"/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550"/>
        <w:gridCol w:w="2550"/>
        <w:gridCol w:w="2550"/>
        <w:gridCol w:w="2550"/>
      </w:tblGrid>
      <w:tr>
        <w:tc>
          <w:tcPr>
            <w:tcW w:type="dxa" w:w="1814"/>
          </w:tcPr>
          <w:p>
            <w:pPr>
              <w:spacing w:after="80"/>
            </w:pPr>
            <w:r>
              <w:rPr>
                <w:b/>
                <w:i w:val="0"/>
                <w:color w:val="6B7280"/>
                <w:sz w:val="17"/>
              </w:rPr>
              <w:t>SERVICE</w:t>
            </w:r>
          </w:p>
        </w:tc>
        <w:tc>
          <w:tcPr>
            <w:tcW w:type="dxa" w:w="3118"/>
          </w:tcPr>
          <w:p>
            <w:pPr>
              <w:spacing w:after="80"/>
            </w:pPr>
            <w:r>
              <w:rPr>
                <w:b/>
                <w:i w:val="0"/>
                <w:color w:val="E11D48"/>
                <w:sz w:val="20"/>
              </w:rPr>
              <w:t>[Service]</w:t>
            </w:r>
          </w:p>
        </w:tc>
        <w:tc>
          <w:tcPr>
            <w:tcW w:type="dxa" w:w="1814"/>
          </w:tcPr>
          <w:p>
            <w:pPr>
              <w:spacing w:after="80"/>
            </w:pPr>
            <w:r>
              <w:rPr>
                <w:b/>
                <w:i w:val="0"/>
                <w:color w:val="6B7280"/>
                <w:sz w:val="17"/>
              </w:rPr>
              <w:t>RESPONSABLE</w:t>
            </w:r>
          </w:p>
        </w:tc>
        <w:tc>
          <w:tcPr>
            <w:tcW w:type="dxa" w:w="3118"/>
          </w:tcPr>
          <w:p>
            <w:pPr>
              <w:spacing w:after="80"/>
            </w:pPr>
            <w:r>
              <w:rPr>
                <w:b/>
                <w:i w:val="0"/>
                <w:color w:val="E11D48"/>
                <w:sz w:val="20"/>
              </w:rPr>
              <w:t>[Fonction]</w:t>
            </w:r>
          </w:p>
        </w:tc>
      </w:tr>
      <w:tr>
        <w:tc>
          <w:tcPr>
            <w:tcW w:type="dxa" w:w="1814"/>
          </w:tcPr>
          <w:p>
            <w:pPr>
              <w:spacing w:after="80"/>
            </w:pPr>
            <w:r>
              <w:rPr>
                <w:b/>
                <w:i w:val="0"/>
                <w:color w:val="6B7280"/>
                <w:sz w:val="17"/>
              </w:rPr>
              <w:t>LOCALISATION</w:t>
            </w:r>
          </w:p>
        </w:tc>
        <w:tc>
          <w:tcPr>
            <w:tcW w:type="dxa" w:w="3118"/>
          </w:tcPr>
          <w:p>
            <w:pPr>
              <w:spacing w:after="80"/>
            </w:pPr>
            <w:r>
              <w:rPr>
                <w:b/>
                <w:i w:val="0"/>
                <w:color w:val="E11D48"/>
                <w:sz w:val="20"/>
              </w:rPr>
              <w:t>[Lieu]</w:t>
            </w:r>
          </w:p>
        </w:tc>
        <w:tc>
          <w:tcPr>
            <w:tcW w:type="dxa" w:w="1814"/>
          </w:tcPr>
          <w:p>
            <w:pPr>
              <w:spacing w:after="80"/>
            </w:pPr>
            <w:r>
              <w:rPr>
                <w:b/>
                <w:i w:val="0"/>
                <w:color w:val="6B7280"/>
                <w:sz w:val="17"/>
              </w:rPr>
              <w:t>TYPE DE POSTE</w:t>
            </w:r>
          </w:p>
        </w:tc>
        <w:tc>
          <w:tcPr>
            <w:tcW w:type="dxa" w:w="3118"/>
          </w:tcPr>
          <w:p>
            <w:pPr>
              <w:spacing w:after="80"/>
            </w:pPr>
            <w:r>
              <w:rPr>
                <w:b/>
                <w:i w:val="0"/>
                <w:color w:val="E11D48"/>
                <w:sz w:val="20"/>
              </w:rPr>
              <w:t>[Statut / temps]</w:t>
            </w:r>
          </w:p>
        </w:tc>
      </w:tr>
    </w:tbl>
    <w:p>
      <w:pPr>
        <w:spacing w:after="60" w:before="200"/>
        <w:jc w:val="left"/>
      </w:pPr>
      <w:r>
        <w:rPr>
          <w:b/>
          <w:i w:val="0"/>
          <w:color w:val="E11D48"/>
          <w:sz w:val="22"/>
        </w:rPr>
        <w:t>FINALITÉ DU POSTE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9865"/>
            <w:shd w:val="clear" w:color="auto" w:fill="E11D48"/>
          </w:tcPr>
          <w:p>
            <w:pPr>
              <w:spacing w:after="0"/>
            </w:pPr>
            <w:r>
              <w:rPr>
                <w:b w:val="0"/>
                <w:i w:val="0"/>
                <w:color w:val="FFFFFF"/>
                <w:sz w:val="2"/>
              </w:rPr>
            </w:r>
          </w:p>
        </w:tc>
      </w:tr>
    </w:tbl>
    <w:p>
      <w:pPr>
        <w:spacing w:after="20"/>
      </w:pPr>
    </w:p>
    <w:p>
      <w:pPr>
        <w:spacing w:after="60" w:before="0"/>
        <w:jc w:val="left"/>
      </w:pPr>
      <w:r>
        <w:rPr>
          <w:b w:val="0"/>
          <w:i w:val="0"/>
          <w:sz w:val="20"/>
        </w:rPr>
        <w:t>[Décrire en une ou deux phrases la contribution principale du poste.]</w:t>
      </w:r>
    </w:p>
    <w:p>
      <w:pPr>
        <w:spacing w:after="60" w:before="200"/>
        <w:jc w:val="left"/>
      </w:pPr>
      <w:r>
        <w:rPr>
          <w:b/>
          <w:i w:val="0"/>
          <w:color w:val="E11D48"/>
          <w:sz w:val="22"/>
        </w:rPr>
        <w:t>MISSIONS PRINCIPALES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9865"/>
            <w:shd w:val="clear" w:color="auto" w:fill="E11D48"/>
          </w:tcPr>
          <w:p>
            <w:pPr>
              <w:spacing w:after="0"/>
            </w:pPr>
            <w:r>
              <w:rPr>
                <w:b w:val="0"/>
                <w:i w:val="0"/>
                <w:color w:val="FFFFFF"/>
                <w:sz w:val="2"/>
              </w:rPr>
            </w:r>
          </w:p>
        </w:tc>
      </w:tr>
    </w:tbl>
    <w:p>
      <w:pPr>
        <w:spacing w:after="20"/>
      </w:pPr>
    </w:p>
    <w:p>
      <w:pPr>
        <w:pStyle w:val="ListBullet"/>
        <w:spacing w:after="40"/>
      </w:pPr>
      <w:r>
        <w:rPr>
          <w:b w:val="0"/>
          <w:i w:val="0"/>
          <w:sz w:val="20"/>
        </w:rPr>
        <w:t>[Mission 1 : verbe + périmètre + résultat attendu]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[Mission 2]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[Mission 3]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[Mission 4]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[Mission 5]</w:t>
      </w:r>
    </w:p>
    <w:p>
      <w:pPr>
        <w:spacing w:after="60" w:before="200"/>
        <w:jc w:val="left"/>
      </w:pPr>
      <w:r>
        <w:rPr>
          <w:b/>
          <w:i w:val="0"/>
          <w:color w:val="E11D48"/>
          <w:sz w:val="22"/>
        </w:rPr>
        <w:t>COMPÉTENCES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9865"/>
            <w:shd w:val="clear" w:color="auto" w:fill="E11D48"/>
          </w:tcPr>
          <w:p>
            <w:pPr>
              <w:spacing w:after="0"/>
            </w:pPr>
            <w:r>
              <w:rPr>
                <w:b w:val="0"/>
                <w:i w:val="0"/>
                <w:color w:val="FFFFFF"/>
                <w:sz w:val="2"/>
              </w:rPr>
            </w:r>
          </w:p>
        </w:tc>
      </w:tr>
    </w:tbl>
    <w:p>
      <w:pPr>
        <w:spacing w:after="20"/>
      </w:pPr>
    </w:p>
    <w:p>
      <w:pPr>
        <w:spacing w:after="20" w:before="40"/>
        <w:jc w:val="left"/>
      </w:pPr>
      <w:r>
        <w:rPr>
          <w:b/>
          <w:i w:val="0"/>
          <w:color w:val="E11D48"/>
          <w:sz w:val="20"/>
        </w:rPr>
        <w:t>Savoir-faire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[Compétence technique et niveau attendu]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[Outil, méthode ou procédure]</w:t>
      </w:r>
    </w:p>
    <w:p>
      <w:pPr>
        <w:spacing w:after="20" w:before="40"/>
        <w:jc w:val="left"/>
      </w:pPr>
      <w:r>
        <w:rPr>
          <w:b/>
          <w:i w:val="0"/>
          <w:color w:val="E11D48"/>
          <w:sz w:val="20"/>
        </w:rPr>
        <w:t>Comportements professionnels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[Comportement relié à une situation]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[Capacité de coopération ou d’organisation]</w:t>
      </w:r>
    </w:p>
    <w:p>
      <w:pPr>
        <w:spacing w:after="60" w:before="200"/>
        <w:jc w:val="left"/>
      </w:pPr>
      <w:r>
        <w:rPr>
          <w:b/>
          <w:i w:val="0"/>
          <w:color w:val="E11D48"/>
          <w:sz w:val="22"/>
        </w:rPr>
        <w:t>CONDITIONS ET VALIDATION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9865"/>
            <w:shd w:val="clear" w:color="auto" w:fill="E11D48"/>
          </w:tcPr>
          <w:p>
            <w:pPr>
              <w:spacing w:after="0"/>
            </w:pPr>
            <w:r>
              <w:rPr>
                <w:b w:val="0"/>
                <w:i w:val="0"/>
                <w:color w:val="FFFFFF"/>
                <w:sz w:val="2"/>
              </w:rPr>
            </w:r>
          </w:p>
        </w:tc>
      </w:tr>
    </w:tbl>
    <w:p>
      <w:pPr>
        <w:spacing w:after="20"/>
      </w:pPr>
    </w:p>
    <w:p>
      <w:pPr>
        <w:pStyle w:val="ListBullet"/>
        <w:spacing w:after="40"/>
      </w:pPr>
      <w:r>
        <w:rPr>
          <w:b w:val="0"/>
          <w:i w:val="0"/>
          <w:sz w:val="20"/>
        </w:rPr>
        <w:t>[Horaires, déplacements, contraintes et moyens]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[Autonomie, contrôles et circuit d’alerte]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Version : [1.0] — Date : [JJ/MM/AAAA] — Validation : [fonction]</w:t>
      </w:r>
    </w:p>
    <w:sectPr w:rsidR="00FC693F" w:rsidRPr="0006063C" w:rsidSect="00034616">
      <w:pgSz w:w="12240" w:h="15840"/>
      <w:pgMar w:top="907" w:right="1020" w:bottom="79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222A35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