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21"/>
        <w:gridCol w:w="3421"/>
        <w:gridCol w:w="3421"/>
      </w:tblGrid>
      <w:tr>
        <w:tc>
          <w:tcPr>
            <w:tcW w:type="dxa" w:w="1814"/>
            <w:shd w:fill="A87C2F"/>
            <w:tcMar>
              <w:top w:w="175" w:type="dxa"/>
              <w:start w:w="130" w:type="dxa"/>
              <w:bottom w:w="175" w:type="dxa"/>
              <w:end w:w="13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5"/>
              </w:rPr>
              <w:t>TRANSPORT</w:t>
              <w:br/>
              <w:t>&amp; MOBILITÉ</w:t>
            </w:r>
          </w:p>
        </w:tc>
        <w:tc>
          <w:tcPr>
            <w:tcW w:type="dxa" w:w="6350"/>
            <w:shd w:fill="3D3322"/>
            <w:tcMar>
              <w:top w:w="175" w:type="dxa"/>
              <w:start w:w="130" w:type="dxa"/>
              <w:bottom w:w="175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32"/>
              </w:rPr>
              <w:t>DUPLICATA DE NOTE DE TAXI</w:t>
            </w:r>
          </w:p>
        </w:tc>
        <w:tc>
          <w:tcPr>
            <w:tcW w:type="dxa" w:w="1984"/>
            <w:shd w:fill="A87C2F"/>
            <w:tcMar>
              <w:top w:w="175" w:type="dxa"/>
              <w:start w:w="130" w:type="dxa"/>
              <w:bottom w:w="175" w:type="dxa"/>
              <w:end w:w="13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EXEMPLE</w:t>
              <w:br/>
              <w:t>REMPLI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F1D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3"/>
              </w:rPr>
              <w:t>NOTE</w:t>
              <w:br/>
            </w:r>
            <w:r>
              <w:rPr>
                <w:rFonts w:ascii="Aptos" w:hAnsi="Aptos"/>
                <w:b/>
                <w:i w:val="0"/>
                <w:color w:val="3D3322"/>
                <w:sz w:val="16"/>
              </w:rPr>
              <w:t>TX-2026-00751</w:t>
            </w:r>
          </w:p>
        </w:tc>
        <w:tc>
          <w:tcPr>
            <w:tcW w:type="dxa" w:w="5131"/>
            <w:shd w:fill="F8F1D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3"/>
              </w:rPr>
              <w:t>DATE</w:t>
              <w:br/>
            </w:r>
            <w:r>
              <w:rPr>
                <w:rFonts w:ascii="Aptos" w:hAnsi="Aptos"/>
                <w:b/>
                <w:i w:val="0"/>
                <w:color w:val="3D3322"/>
                <w:sz w:val="16"/>
              </w:rPr>
              <w:t>16/07/2026</w:t>
            </w:r>
          </w:p>
        </w:tc>
      </w:tr>
      <w:tr>
        <w:tc>
          <w:tcPr>
            <w:tcW w:type="dxa" w:w="5131"/>
            <w:shd w:fill="F8F1D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3"/>
              </w:rPr>
              <w:t>DÉPART</w:t>
              <w:br/>
            </w:r>
            <w:r>
              <w:rPr>
                <w:rFonts w:ascii="Aptos" w:hAnsi="Aptos"/>
                <w:b/>
                <w:i w:val="0"/>
                <w:color w:val="3D3322"/>
                <w:sz w:val="16"/>
              </w:rPr>
              <w:t>08:42</w:t>
            </w:r>
          </w:p>
        </w:tc>
        <w:tc>
          <w:tcPr>
            <w:tcW w:type="dxa" w:w="5131"/>
            <w:shd w:fill="F8F1D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3"/>
              </w:rPr>
              <w:t>ARRIVÉE</w:t>
              <w:br/>
            </w:r>
            <w:r>
              <w:rPr>
                <w:rFonts w:ascii="Aptos" w:hAnsi="Aptos"/>
                <w:b/>
                <w:i w:val="0"/>
                <w:color w:val="3D3322"/>
                <w:sz w:val="16"/>
              </w:rPr>
              <w:t>09:18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F1DE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3D3322"/>
                <w:sz w:val="16"/>
              </w:rPr>
              <w:t>Taxi Étoile 26</w:t>
              <w:br/>
              <w:t>Exploitant : Karim Benali EI</w:t>
              <w:br/>
              <w:t>SIREN 000 000 000 · ADS 0000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3D3322"/>
                <w:sz w:val="16"/>
              </w:rPr>
              <w:t>Voyageur : Mme Léa Fontaine</w:t>
              <w:br/>
              <w:t>Facturation : personnelle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F1DE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6"/>
              </w:rPr>
              <w:t>VÉHICULE</w:t>
              <w:br/>
            </w:r>
            <w:r>
              <w:rPr>
                <w:rFonts w:ascii="Aptos" w:hAnsi="Aptos"/>
                <w:b w:val="0"/>
                <w:i w:val="0"/>
                <w:color w:val="3D3322"/>
                <w:sz w:val="17"/>
              </w:rPr>
              <w:t>Immatriculation : [AA-000-AA]</w:t>
              <w:br/>
              <w:t>N° ADS : [numéro]</w:t>
              <w:br/>
              <w:t>Conducteur : [nom]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6"/>
              </w:rPr>
              <w:t>COURSE</w:t>
              <w:br/>
            </w:r>
            <w:r>
              <w:rPr>
                <w:rFonts w:ascii="Aptos" w:hAnsi="Aptos"/>
                <w:b w:val="0"/>
                <w:i w:val="0"/>
                <w:color w:val="3D3322"/>
                <w:sz w:val="17"/>
              </w:rPr>
              <w:t>Prise en charge : Gare de Lyon, Paris</w:t>
              <w:br/>
              <w:t>Destination : La Défense, Courbevoie</w:t>
              <w:br/>
              <w:t>Distance : 14,8 km</w:t>
              <w:br/>
              <w:t>Tarif appliqué : [A/B/C/D]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F1DE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6"/>
              </w:rPr>
              <w:t>PRIX</w:t>
              <w:br/>
            </w:r>
            <w:r>
              <w:rPr>
                <w:rFonts w:ascii="Aptos" w:hAnsi="Aptos"/>
                <w:b w:val="0"/>
                <w:i w:val="0"/>
                <w:color w:val="3D3322"/>
                <w:sz w:val="17"/>
              </w:rPr>
              <w:t>Prix taximètre : 42,60 €</w:t>
              <w:br/>
              <w:t>Supplément réservation : 4,00 €</w:t>
              <w:br/>
              <w:t>Bagages / passagers : 0,00 €</w:t>
              <w:br/>
              <w:t>TOTAL TTC : 46,60 €</w:t>
              <w:br/>
              <w:t>Dont TVA : [montant]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F1DE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3D3322"/>
                <w:sz w:val="16"/>
              </w:rPr>
              <w:t>Duplicata établi à partir de la course enregistrée. La note originale doit être imprimée selon les obligations applicables, notamment à partir de 25 € TTC.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>ÉTABLI / CERTIFIÉ PAR</w:t>
              <w:br/>
            </w:r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>REÇU / SIGNATURE</w:t>
              <w:br/>
            </w:r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A87C2F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D3322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A87C2F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3D3322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