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Studio Nova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Prestations &amp; services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12 rue des Arts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75011 Paris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812 447 902 00021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32 812447902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contact@studionova.fr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Société Beaulieu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8 avenue Foch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69006 Lyon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2 976,00 €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Réunion de cadrage et analyse du besoin (forfait)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Conception et production — main-d'œuvre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 jour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1 750,00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Fournitures, licences et outils (forfait)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Formation et prise en main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3 heure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Suivi et garantie 30 jours (forfait)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2 480,00 €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496,00 €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2 976,00 €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