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Isabelle Morel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Assistante administrative polyvalente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Lyon</w:t>
        <w:tab/>
        <w:t>+33 6 00 47 63 04</w:t>
        <w:tab/>
        <w:t>isabelle.morel@example.com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linkedin.com/in/isabelle-morel-exemple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pBdr>
          <w:bottom w:val="single" w:sz="4" w:space="2" w:color="D0D1E8"/>
        </w:pBdr>
      </w:pPr>
      <w:r>
        <w:rPr>
          <w:rFonts w:ascii="Calibri" w:hAnsi="Calibri" w:cs="Calibri"/>
          <w:b/>
          <w:color w:val="4B4F9E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Confirmée, 6 ans. Cible : Assistante administrative polyvalente. La structure simple garantit une modification fiable dans Writer pour un métier administratif où clarté et rigueur priment.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pBdr>
          <w:bottom w:val="single" w:sz="4" w:space="2" w:color="D0D1E8"/>
        </w:pBdr>
      </w:pPr>
      <w:r>
        <w:rPr>
          <w:rFonts w:ascii="Calibri" w:hAnsi="Calibri" w:cs="Calibri"/>
          <w:b/>
          <w:color w:val="4B4F9E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Assistante administrative</w:t>
      </w:r>
      <w:r>
        <w:rPr>
          <w:rFonts w:ascii="Calibri" w:hAnsi="Calibri" w:cs="Calibri"/>
          <w:b/>
          <w:color w:val="4B4F9E"/>
          <w:lang w:val="fr-FR" w:eastAsia="fr-FR"/>
        </w:rPr>
        <w:tab/>
        <w:t>2020 - 2026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Lyon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Assistante administrative 2020-2026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Traitement de 70 dossiers mensuels avec 98 % de complétude au premier contrôle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agente d'accueil</w:t>
      </w:r>
      <w:r>
        <w:rPr>
          <w:rFonts w:ascii="Calibri" w:hAnsi="Calibri" w:cs="Calibri"/>
          <w:b/>
          <w:color w:val="4B4F9E"/>
          <w:lang w:val="fr-FR" w:eastAsia="fr-FR"/>
        </w:rPr>
        <w:tab/>
        <w:t>2018 - 2020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Lyon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agente d'accueil 2018-2020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Réorganisation de l'archivage réduisant de 25 % le temps de recherche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BTS gestion PME</w:t>
      </w:r>
      <w:r>
        <w:rPr>
          <w:rFonts w:ascii="Calibri" w:hAnsi="Calibri" w:cs="Calibri"/>
          <w:b/>
          <w:color w:val="4B4F9E"/>
          <w:lang w:val="fr-FR" w:eastAsia="fr-FR"/>
        </w:rPr>
        <w:tab/>
        <w:t>2018 - 2018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Lyon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BTS gestion PME 2018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Gestion de 4 agendas et préparation de 3 réunions récurrentes par semaine [exemple à remplacer].</w:t>
      </w:r>
    </w:p>
    <w:p>
      <w:pPr>
        <w:pStyle w:val="CVSection"/>
        <w:pBdr>
          <w:bottom w:val="single" w:sz="4" w:space="2" w:color="D0D1E8"/>
        </w:pBdr>
      </w:pPr>
      <w:r>
        <w:rPr>
          <w:rFonts w:ascii="Calibri" w:hAnsi="Calibri" w:cs="Calibri"/>
          <w:b/>
          <w:color w:val="4B4F9E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courriers | suivi de dossiers | agenda | classement numérique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Calc | Writer | Thunderbird</w:t>
      </w:r>
    </w:p>
    <w:p>
      <w:pPr>
        <w:pStyle w:val="CVSection"/>
        <w:pBdr>
          <w:bottom w:val="single" w:sz="4" w:space="2" w:color="D0D1E8"/>
        </w:pBdr>
      </w:pPr>
      <w:r>
        <w:rPr>
          <w:rFonts w:ascii="Calibri" w:hAnsi="Calibri" w:cs="Calibri"/>
          <w:b/>
          <w:color w:val="4B4F9E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Assistante administrative 2020-2026, agente d'accueil 2018-2020, BTS gestion PME 2018</w:t>
      </w:r>
      <w:r>
        <w:rPr>
          <w:rFonts w:ascii="Calibri" w:hAnsi="Calibri" w:cs="Calibri"/>
          <w:b/>
          <w:color w:val="4B4F9E"/>
          <w:lang w:val="fr-FR" w:eastAsia="fr-FR"/>
        </w:rPr>
        <w:tab/>
        <w:t>2018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Lyon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Assistante administrative 2020-2026, agente d'accueil 2018-2020, BTS gestion PME 2018</w:t>
      </w:r>
    </w:p>
    <w:p>
      <w:pPr>
        <w:pStyle w:val="CVSection"/>
        <w:pBdr>
          <w:bottom w:val="single" w:sz="4" w:space="2" w:color="D0D1E8"/>
        </w:pBdr>
      </w:pPr>
      <w:r>
        <w:rPr>
          <w:rFonts w:ascii="Calibri" w:hAnsi="Calibri" w:cs="Calibri"/>
          <w:b/>
          <w:color w:val="4B4F9E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Traitement de 70 dossiers mensuels avec 98 % de complétude au premier contrôle.</w:t>
      </w:r>
    </w:p>
    <w:p>
      <w:pPr>
        <w:pStyle w:val="CVSection"/>
        <w:pBdr>
          <w:bottom w:val="single" w:sz="4" w:space="2" w:color="D0D1E8"/>
        </w:pBdr>
      </w:pPr>
      <w:r>
        <w:rPr>
          <w:rFonts w:ascii="Calibri" w:hAnsi="Calibri" w:cs="Calibri"/>
          <w:b/>
          <w:color w:val="4B4F9E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F6170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F6170"/>
        <w:sz w:val="14"/>
        <w:lang w:val="fr-FR" w:eastAsia="fr-FR"/>
      </w:rPr>
      <w:t>CV - Isabelle Morel | Assistante administrative polyvalente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4B4F9E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F2434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F2434"/>
      <w:spacing w:val="5"/>
      <w:kern w:val="28"/>
      <w:sz w:val="46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4B4F9E"/>
      <w:spacing w:val="15"/>
      <w:sz w:val="23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F2434"/>
      <w:sz w:val="46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4B4F9E"/>
      <w:sz w:val="23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F6170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F6170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F2434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4B4F9E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4B4F9E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F2434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F6170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Isabelle Morel - Assistante administrative polyvalente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layout=ats_strict;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