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Sofiane El Mansouri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Technicien de maintenance industrielle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Nantes</w:t>
        <w:tab/>
        <w:t>+33 6 00 96 98 01</w:t>
        <w:tab/>
        <w:t>sofiane.elmansouri@example.com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linkedin.com/in/sofiane-el-mansouri-exemple</w:t>
      </w:r>
    </w:p>
    <w:p>
      <w:pPr>
        <w:pStyle w:val="CVNotice"/>
        <w:pBdr>
          <w:bottom w:val="single" w:sz="6" w:space="4" w:color="E0CCC4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  <w:shd w:val="clear" w:color="auto" w:fill="F6ECE8"/>
        <w:pBdr>
          <w:left w:val="single" w:sz="16" w:space="5" w:color="A04E34"/>
        </w:pBdr>
        <w:ind w:left="180" w:right="120"/>
      </w:pPr>
      <w:r>
        <w:rPr>
          <w:rFonts w:ascii="Calibri" w:hAnsi="Calibri" w:cs="Calibri"/>
          <w:lang w:val="fr-FR" w:eastAsia="fr-FR"/>
        </w:rPr>
        <w:t>8 ans d’expérience, mobilité Loire-Atlantique. Cible : Technicien de maintenance industrielle. La lecture sépare clairement les habilitations vérifiables, les équipements maîtrisés et les gains de disponibilité.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Technicien maintenance</w:t>
      </w:r>
      <w:r>
        <w:rPr>
          <w:rFonts w:ascii="Calibri" w:hAnsi="Calibri" w:cs="Calibri"/>
          <w:b/>
          <w:color w:val="A04E34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MecaLoire Industrie (site fictif)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préventif, diagnostic électromécanique et GMAO sur deux lignes automatisées.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disponibilité d’une ligne portée de 91 % à 95 % sur douze mois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Électromécanicien</w:t>
      </w:r>
      <w:r>
        <w:rPr>
          <w:rFonts w:ascii="Calibri" w:hAnsi="Calibri" w:cs="Calibri"/>
          <w:b/>
          <w:color w:val="A04E34"/>
          <w:lang w:val="fr-FR" w:eastAsia="fr-FR"/>
        </w:rPr>
        <w:tab/>
        <w:t>2018 - 2021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Ouest Process (entreprise fictive)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dépannage, consignation et amélioration continue.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24 gammes préventives révisées, avec 15 % d’interventions urgentes en moins [exemple à remplacer].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diagnostic électrique | mécanique | pneumatique | consignation | lecture de plans | 5S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GMAO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BTS Maintenance des systèmes, habilitation électrique B2V-BR et formation SST à dates cohérentes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BTS Maintenance des systèmes, habilitation électrique B2V-BR et formation SST à dates cohérentes</w:t>
      </w:r>
      <w:r>
        <w:rPr>
          <w:rFonts w:ascii="Calibri" w:hAnsi="Calibri" w:cs="Calibri"/>
          <w:b/>
          <w:color w:val="A04E34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Nantes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Maintenance des systèmes, habilitation électrique B2V-BR et formation SST à dates cohérentes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Sofiane El Mansouri | Technicien de maintenance industrielle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Sofiane El Mansouri - Technicien de maintenance industrielle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