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Emma Chevalier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Étudiante en BTS MCO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Amiens</w:t>
        <w:tab/>
        <w:t>+33 6 00 14 70 04</w:t>
        <w:tab/>
        <w:t>emma.chevalier@example.com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linkedin.com/in/emma-chevalier-exemple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12 heures par semaine en vente, disponible samedi et vacances. Cible : Étudiante en BTS MCO. Le recruteur d’un commerce voit immédiatement le rythme possible et des situations proches du terrain.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accueil | vente conseil | encaissement supervisé | merchandising | ponctualité prouvée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Excel | Canva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Bénévolat sur trois ventes solidaires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Amiens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accueil, mise en rayon et tenue d’une caisse supervisée.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210 articles étiquetés et présentés lors d’une vente associative d’une journée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Projet de classe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Amiens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mini-enquête de satisfaction et proposition d’implantation d’un rayon fictif.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questionnaire de 85 réponses synthétisé en cinq recommandations [exemple à remplacer].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BTS Management commercial opérationnel en première année, modules pertinents : relation client et animation de…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scolaire fictif | Amiens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Management commercial opérationnel en première année, modules pertinents : relation client et animation de l’offre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BTS Management commercial opérationnel en première année, modules pertinents : </w:t>
      </w:r>
      <w:r>
        <w:rPr>
          <w:rFonts w:ascii="Calibri" w:hAnsi="Calibri" w:cs="Calibri"/>
          <w:lang w:val="fr-FR" w:eastAsia="fr-FR"/>
        </w:rPr>
        <w:t>relation client et animation de l’offre.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Emma Chevalier | Étudiante en BTS MCO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Emma Chevalier - Étudiante en BTS MCO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