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Yasmine Robert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Assistante de direction bilingue pour une direction Europe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Montpellier | +33 6 00 84 01 03 | yasmine.robert@example.com | linkedin.com/in/yasmine-robert-exemple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9 ans dont 5 en environnement international. Cible : Assistante de direction bilingue pour une direction Europe. Les langues, fuseaux, règles voyage et coordination européenne rendent le modèle non interchangeable avec la PME ou le COMEX national.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Assistante commerciale</w:t>
      </w:r>
      <w:r>
        <w:rPr>
          <w:rFonts w:ascii="Calibri" w:hAnsi="Calibri" w:cs="Calibri"/>
          <w:b/>
          <w:color w:val="295C7A"/>
          <w:lang w:val="fr-FR" w:eastAsia="fr-FR"/>
        </w:rPr>
        <w:tab/>
        <w:t>2017 - 2020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commerciale 2017-2020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Organisation de 38 déplacements annuels dans 9 pays avec politique voyage respectée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18 % du coût moyen des déplacements après consolidation des réservations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assistante de direction Europe</w:t>
      </w:r>
      <w:r>
        <w:rPr>
          <w:rFonts w:ascii="Calibri" w:hAnsi="Calibri" w:cs="Calibri"/>
          <w:b/>
          <w:color w:val="295C7A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de direction Europe 2020-2026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Coordination mensuelle de 6 équipes sur 4 fuseaux horaires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travel management | visioconférences | correspondance bilingue | coordination multi-pays | Concur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Outlook | Teams | anglais C1 exemple | espagnol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 exemple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Espagnol : </w:t>
      </w:r>
      <w:r>
        <w:rPr>
          <w:rFonts w:ascii="Calibri" w:hAnsi="Calibri" w:cs="Calibri"/>
          <w:lang w:val="fr-FR" w:eastAsia="fr-FR"/>
        </w:rPr>
        <w:t>B2 - espagnol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Organisation de 38 déplacements annuels dans 9 pays avec politique voyage respectée.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Formation professionnelle liée au métier - Confirmée, 9 ans dont 5 en environnement international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Montpellier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Confirmée, 9 ans dont 5 en environnement international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Yasmine Robert | Assistante de direction bilingue pour une direction Europe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6212D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Yasmine Robert - Assistante de direction bilingue pour une direction Europe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