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3C5B70"/>
            </w:tcBorders>
          </w:tcPr>
          <w:p>
            <w:r>
              <w:rPr>
                <w:rFonts w:ascii="Arial" w:hAnsi="Arial"/>
                <w:b/>
                <w:i w:val="0"/>
                <w:color w:val="3C5B70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M. Antoine Lopez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30 rue du Canal, 51100 Reims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EDF3F7"/>
            <w:tcBorders>
              <w:bottom w:val="single" w:sz="12" w:color="3C5B70"/>
            </w:tcBorders>
          </w:tcPr>
          <w:p>
            <w:r>
              <w:rPr>
                <w:rFonts w:ascii="Arial" w:hAnsi="Arial"/>
                <w:b/>
                <w:i w:val="0"/>
                <w:color w:val="3C5B70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Direction départementale — bureau des décisions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10 rue Clément-Ader, 51100 Reims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3C5B70"/>
          <w:sz w:val="16"/>
        </w:rPr>
        <w:t>Lettre recommandée avec avis de réception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DF3F7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3C5B70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Demande de copie — décision DD-2025-771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Décision DD-2025-771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sollicite une copie complète de la décision DD-2025-771, notifiée le 18 novembre 2025 à mon ancienne adresse.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suis la personne concernée et joins la page d’accusé portant la référence, ainsi qu’un justificatif actualisé pour l’envoi. Je ne demande pas, par ce courrier, la modification de la décision.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Une copie numérique accessible depuis votre canal sécurisé conviendrait et limiterait la circulation de données personnelles.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DF3F7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3C5B70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Mettre à disposition la décision complète ou m’indiquer le service compétent.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3C5B70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accusé portant la référence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justificatif d’identité limité aux mentions utiles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justificatif d’adresse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3C5B70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Antoine Lopez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LET-11-02-2026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3C5B70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C5B7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C5B7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3C5B7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