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6" w:color="EA580C"/>
              <w:left w:val="single" w:sz="12" w:space="6" w:color="EA580C"/>
              <w:bottom w:val="single" w:sz="12" w:space="6" w:color="EA580C"/>
              <w:right w:val="single" w:sz="12" w:space="6" w:color="EA580C"/>
            </w:tcBorders>
          </w:tcPr>
          <w:p>
            <w:pPr>
              <w:spacing w:before="80"/>
            </w:pP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EA580C"/>
                <w:sz w:val="28"/>
              </w:rPr>
              <w:t>[Prénom Nom]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[Adresse du logement loué]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[Code postal, Ville]</w:t>
            </w:r>
          </w:p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[Propriétaire / agence]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20" w:before="0"/>
        <w:jc w:val="left"/>
      </w:pPr>
      <w:r>
        <w:rPr>
          <w:b w:val="0"/>
          <w:i/>
          <w:color w:val="6B7280"/>
          <w:sz w:val="18"/>
        </w:rPr>
        <w:t>Lettre recommandée avec accusé de réception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Congé du logement situé [adresse] — résiliation du bail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Locataire du logement situé [adresse], je vous donne congé et vous informe de mon départ, conformément à la loi du 6 juillet 1989.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Le préavis applicable est de [3 mois / 1 mois]. Je sollicite le préavis réduit à 1 mois car le logement est situé en zone tendue [ou autre motif prévu par la loi : mutation, perte d’emploi, raison de santé], et je joins le justificatif correspondant. Mon départ est ainsi prévu le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reste à votre disposition pour organiser l’état des lieux de sortie et la remise des clés, et vous remercie de me restituer mon dépôt de garantie dans le délai légal.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Préavis locataire : 3 mois en principe, réduit à 1 mois en zone tendue ou dans les cas prévus par la loi (mutation, perte d’emploi, santé…). Congé par LRAR, acte de commissaire de justice ou remise en main propre.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