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 w:before="0"/>
        <w:jc w:val="left"/>
      </w:pPr>
      <w:r>
        <w:rPr>
          <w:b/>
          <w:i w:val="0"/>
          <w:color w:val="EA580C"/>
          <w:sz w:val="30"/>
        </w:rPr>
        <w:t>[Prénom Nom]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8"/>
        </w:rPr>
        <w:t>[Adresse]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8"/>
        </w:rPr>
        <w:t>[Code postal, Ville]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8"/>
        </w:rPr>
        <w:t>N° de client / contrat : [____]</w:t>
      </w:r>
    </w:p>
    <w:p>
      <w:pPr>
        <w:spacing w:after="80" w:before="0"/>
        <w:jc w:val="left"/>
      </w:pPr>
    </w:p>
    <w:p>
      <w:pPr>
        <w:spacing w:after="20" w:before="0"/>
        <w:jc w:val="right"/>
      </w:pPr>
      <w:r>
        <w:rPr>
          <w:b/>
          <w:i w:val="0"/>
          <w:color w:val="1E2935"/>
          <w:sz w:val="21"/>
        </w:rPr>
        <w:t>[Nom de l’organisme]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19"/>
        </w:rPr>
        <w:t>Service résiliation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19"/>
        </w:rPr>
        <w:t>[Adresse]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19"/>
        </w:rPr>
        <w:t>[Code postal, Ville]</w:t>
      </w:r>
    </w:p>
    <w:p>
      <w:pPr>
        <w:spacing w:after="160" w:before="120"/>
        <w:jc w:val="right"/>
      </w:pPr>
      <w:r>
        <w:rPr>
          <w:b w:val="0"/>
          <w:i w:val="0"/>
          <w:color w:val="1E2935"/>
          <w:sz w:val="20"/>
        </w:rPr>
        <w:t>[Ville], le [__/__/____]</w:t>
      </w:r>
    </w:p>
    <w:p>
      <w:pPr>
        <w:spacing w:after="120" w:before="0"/>
        <w:jc w:val="left"/>
      </w:pPr>
      <w:r>
        <w:rPr>
          <w:b w:val="0"/>
          <w:i/>
          <w:color w:val="6B7280"/>
          <w:sz w:val="18"/>
        </w:rPr>
        <w:t>Lettre recommandée avec accusé de réception</w:t>
      </w:r>
    </w:p>
    <w:p>
      <w:pPr>
        <w:spacing w:after="160" w:before="0"/>
        <w:jc w:val="left"/>
      </w:pPr>
      <w:r>
        <w:rPr>
          <w:b/>
          <w:i w:val="0"/>
          <w:color w:val="EA580C"/>
          <w:sz w:val="20"/>
        </w:rPr>
        <w:t xml:space="preserve">Objet : </w:t>
      </w:r>
      <w:r>
        <w:rPr>
          <w:b w:val="0"/>
          <w:i w:val="0"/>
          <w:sz w:val="20"/>
        </w:rPr>
        <w:t>Résiliation du contrat d’assurance n° [référence]</w:t>
      </w:r>
    </w:p>
    <w:p>
      <w:pPr>
        <w:spacing w:after="160" w:before="0"/>
        <w:jc w:val="left"/>
      </w:pPr>
      <w:r>
        <w:rPr>
          <w:b w:val="0"/>
          <w:i w:val="0"/>
          <w:color w:val="1E2935"/>
          <w:sz w:val="20"/>
        </w:rPr>
        <w:t>Madame, Monsieur,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Par la présente, je vous demande de résilier mon contrat d’assurance [auto / habitation / mutuelle] n° [référence], souscrit le [date].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Mon contrat étant engagé depuis plus d’un an, je bénéficie de la faculté de résiliation à tout moment prévue par la loi Hamon. La résiliation prendra effet un mois après la réception de ce courrier.</w:t>
      </w:r>
    </w:p>
    <w:p>
      <w:pPr>
        <w:spacing w:after="160" w:before="0"/>
        <w:jc w:val="both"/>
      </w:pPr>
      <w:r>
        <w:rPr>
          <w:b w:val="0"/>
          <w:i w:val="0"/>
          <w:color w:val="1E2935"/>
          <w:sz w:val="20"/>
        </w:rPr>
        <w:t>Je vous remercie de me confirmer par écrit la date effective de résiliation et de me rembourser la fraction de cotisation correspondant à la période non couverte.</w:t>
      </w:r>
    </w:p>
    <w:p>
      <w:pPr>
        <w:spacing w:after="240" w:before="40"/>
        <w:jc w:val="both"/>
      </w:pPr>
      <w:r>
        <w:rPr>
          <w:b w:val="0"/>
          <w:i w:val="0"/>
          <w:color w:val="1E2935"/>
          <w:sz w:val="20"/>
        </w:rPr>
        <w:t>Je vous prie d’agréer, Madame, Monsieur, l’expression de mes salutations distinguées.</w:t>
      </w:r>
    </w:p>
    <w:p>
      <w:pPr>
        <w:spacing w:after="20" w:before="0"/>
        <w:jc w:val="right"/>
      </w:pPr>
      <w:r>
        <w:rPr>
          <w:b w:val="0"/>
          <w:i w:val="0"/>
          <w:color w:val="1E2935"/>
          <w:sz w:val="20"/>
        </w:rPr>
        <w:t>[Prénom Nom]</w:t>
      </w:r>
    </w:p>
    <w:p>
      <w:pPr>
        <w:spacing w:after="20" w:before="0"/>
        <w:jc w:val="right"/>
      </w:pPr>
      <w:r>
        <w:rPr>
          <w:b w:val="0"/>
          <w:i/>
          <w:color w:val="6B7280"/>
          <w:sz w:val="17"/>
        </w:rPr>
        <w:t>(signature)</w:t>
      </w:r>
    </w:p>
    <w:p>
      <w:pPr>
        <w:spacing w:after="20" w:before="120"/>
        <w:jc w:val="left"/>
      </w:pPr>
      <w:r>
        <w:rPr>
          <w:b w:val="0"/>
          <w:i/>
          <w:color w:val="6B7280"/>
          <w:sz w:val="16"/>
        </w:rPr>
        <w:t>Loi Hamon : résiliation possible à tout moment après un an. Loi Châtel : l’assureur doit vous rappeler la date limite de résiliation à l’échéance.</w:t>
      </w:r>
    </w:p>
    <w:p>
      <w:pPr>
        <w:spacing w:after="80" w:before="120"/>
        <w:jc w:val="left"/>
      </w:pPr>
      <w:r>
        <w:rPr>
          <w:b w:val="0"/>
          <w:i/>
          <w:color w:val="6B7280"/>
          <w:sz w:val="15"/>
        </w:rPr>
        <w:t>Modèle — remplacez les champs entre crochets par vos informations.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