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A580C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[Prénom Nom]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7BFA2"/>
                <w:sz w:val="18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7BFA2"/>
                <w:sz w:val="18"/>
              </w:rPr>
              <w:t>[Code postal, Ville]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7BFA2"/>
                <w:sz w:val="18"/>
              </w:rPr>
              <w:t>N° de client / contrat : [____]</w:t>
            </w:r>
          </w:p>
          <w:p>
            <w:pPr>
              <w:spacing w:after="120" w:before="0"/>
              <w:jc w:val="left"/>
            </w:pPr>
          </w:p>
        </w:tc>
      </w:tr>
    </w:tbl>
    <w:p>
      <w:pPr>
        <w:spacing w:after="120"/>
      </w:pPr>
    </w:p>
    <w:p>
      <w:pPr>
        <w:spacing w:after="80" w:before="0"/>
        <w:jc w:val="left"/>
      </w:pPr>
    </w:p>
    <w:p>
      <w:pPr>
        <w:spacing w:after="20" w:before="0"/>
        <w:jc w:val="right"/>
      </w:pPr>
      <w:r>
        <w:rPr>
          <w:b/>
          <w:i w:val="0"/>
          <w:color w:val="1E2935"/>
          <w:sz w:val="21"/>
        </w:rPr>
        <w:t>[Nom de l’organisme]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Service résiliation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[Adresse]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[Code postal, Ville]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[Ville], le [__/__/____]</w:t>
      </w:r>
    </w:p>
    <w:p>
      <w:pPr>
        <w:spacing w:after="120" w:before="0"/>
        <w:jc w:val="left"/>
      </w:pPr>
      <w:r>
        <w:rPr>
          <w:b w:val="0"/>
          <w:i/>
          <w:color w:val="6B7280"/>
          <w:sz w:val="18"/>
        </w:rPr>
        <w:t>Lettre recommandée avec accusé de réception</w:t>
      </w:r>
    </w:p>
    <w:p>
      <w:pPr>
        <w:spacing w:after="160" w:before="0"/>
        <w:jc w:val="left"/>
      </w:pPr>
      <w:r>
        <w:rPr>
          <w:b/>
          <w:i w:val="0"/>
          <w:color w:val="EA580C"/>
          <w:sz w:val="20"/>
        </w:rPr>
        <w:t xml:space="preserve">Objet : </w:t>
      </w:r>
      <w:r>
        <w:rPr>
          <w:b w:val="0"/>
          <w:i w:val="0"/>
          <w:sz w:val="20"/>
        </w:rPr>
        <w:t>Résiliation de l’abonnement n° [référence]</w:t>
      </w:r>
    </w:p>
    <w:p>
      <w:pPr>
        <w:spacing w:after="160" w:before="0"/>
        <w:jc w:val="left"/>
      </w:pPr>
      <w:r>
        <w:rPr>
          <w:b w:val="0"/>
          <w:i w:val="0"/>
          <w:color w:val="1E2935"/>
          <w:sz w:val="20"/>
        </w:rPr>
        <w:t>Madame, Monsieur,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vous informe de ma volonté de résilier mon abonnement [téléphonie / internet / salle de sport / autre] n° [référence], souscrit le [date].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vous remercie de procéder à cette résiliation dans le respect du préavis contractuel et de cesser tout prélèvement à compter de la date effective. Si je suis encore engagé(e), merci de m’indiquer le montant éventuel des frais de résiliation anticipée.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vous demande de me confirmer par écrit la date de fin de contrat et de me restituer, s’il y a lieu, le dépôt de garantie ou le matériel à retourner.</w:t>
      </w:r>
    </w:p>
    <w:p>
      <w:pPr>
        <w:spacing w:after="240" w:before="40"/>
        <w:jc w:val="both"/>
      </w:pPr>
      <w:r>
        <w:rPr>
          <w:b w:val="0"/>
          <w:i w:val="0"/>
          <w:color w:val="1E2935"/>
          <w:sz w:val="20"/>
        </w:rPr>
        <w:t>Je vous prie d’agréer, Madame, Monsieur, l’expression de mes salutations distinguées.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[Prénom 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Vérifiez votre durée d’engagement. Après 12 mois, les frais de résiliation d’un abonnement mobile/internet sont plafonnés au quart des mensualités restantes.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