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Lettre de recommandation pour [Prénom Nom du stagiaire]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soussigné(e) [Prénom NOM], [fonction] au sein de [nom de l'entreprise], recommande [Prénom Nom du stagiaire] que j'ai eu le plaisir d'encadrer durant son stage de [durée], du [date] au [date], au sein de notre service [service concerné]. Au cours de cette période, je lui ai confié [missions et responsabilités : par exemple, la mise à jour de notre base de données clients, la préparation de tableaux de bord et l'appui à la rédaction de supports de communication].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Tout au long de son stage, [Prénom] a fait preuve d'un réel sérieux et d'une grande capacité d'adaptation. Je pense notamment à [exemple concret : la refonte complète de notre fichier de suivi, qu'il a menée en autonomie et sans la moindre erreur]. Sa maîtrise rapide de [outil ou compétence technique] et son aisance à s'intégrer dans l'équipe m'ont particulièrement marqué(e) : il a su apprendre vite, poser les bonnes questions et livrer un travail fiable dans les délais impartis.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Au-delà de ses compétences techniques, [Prénom] possède des qualités humaines précieuses : de l'implication, de la rigueur et un vrai esprit d'initiative. Il a plus d'une fois proposé des améliorations pertinentes, ce qui témoigne d'un engagement dépassant le simple cadre des tâches confiées.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Pour toutes ces raisons, je recommande sans réserve la candidature de [Prénom Nom] pour [emploi, alternance ou poursuite d'études visés], convaincu(e) qu'il saura y apporter le même sérieux et le même enthousiasme. Je reste à votre entière disposition pour tout complément d'information.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