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Lettre de recommandation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soussigné(e) [Prénom NOM], [fonction] au sein de [Nom de l'entreprise], recommande [Prénom NOM] que j'ai eu le plaisir d'encadrer directement du [mois/année] au [mois/année], en qualité de [intitulé du poste occupé par la personne]. Durant ces [durée], j'ai pu apprécier au quotidien la qualité de son travail et son professionnalisme.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[Prénom] s'est distingué(e) par des compétences solides et des résultats concrets. À titre d'exemple, [il/elle] a [réalisation chiffrée : ex. « piloté le déploiement d'un nouvel outil de suivi qui a réduit nos délais de traitement de 30 % »]. [Il/Elle] a également fait preuve d'une grande [qualité : autonomie / rigueur] en [exemple précis de situation ou de projet mené à bien].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Au-delà de ses compétences techniques, [Prénom] est une personne fiable, dotée d'un réel esprit d'équipe et d'un sens aigu des responsabilités. [Il/Elle] a su instaurer un climat de confiance avec ses collègues comme avec nos partenaires, et a toujours répondu présent(e) dans les périodes de forte activité. Son départ, motivé par une volonté légitime d'évolution, se fait dans les meilleurs termes.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Pour toutes ces raisons, je recommande sans réserve [Prénom NOM] et suis convaincu(e) qu'[il/elle] saura être un atout précieux pour votre organisation. Je reste à votre entière disposition pour tout renseignement complémentaire, au [téléphone] ou par e-mail à [adresse].</w:t>
      </w:r>
    </w:p>
    <w:p>
      <w:pPr>
        <w:spacing w:after="36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vous prie d’agréer, Madame, Monsieur, l’expression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