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Lettre de recommandation pour Madame [Prénom Nom], garde d'enfants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Nous soussignés, [Prénom Nom] et [Prénom Nom], parents de Léa et Tom, avons employé Madame [Prénom Nom] comme garde d'enfants à notre domicile, de septembre 2022 à juin 2026. Elle s'est occupée de nos deux enfants, âgés de 1 an et 3 ans à ses débuts, à temps plein du lundi au vendredi. C'est avec une entière conviction que nous la recommandons aux familles à la recherche d'une personne de confiance.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Durant ces années, [Prénom] a fait preuve d'une fiabilité et d'une ponctualité sans faille. Douce et patiente, elle a su instaurer un climat rassurant : elle avait mis en place un rituel du coucher qui a beaucoup aidé notre fils à s'endormir sereinement. Attentive à la sécurité et à l'hygiène, elle préparait chaque jour des repas maison équilibrés, en tenant compte de l'allergie de notre fille, et veillait à un environnement toujours propre et sans danger. Autonome et pleine d'initiative, elle proposait des activités d'éveil variées — lecture, ateliers de motricité, sorties au parc — qui ont beaucoup contribué à l'épanouissement de nos enfants.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Au-delà de ses compétences, nous avons apprécié sa transparence et sa discrétion. Elle nous rendait compte de chaque journée avec soin et a toujours respecté notre intimité familiale. Nous lui avons confié ce que nous avons de plus précieux, en toute tranquillité, et n'avons jamais eu la moindre raison de le regretter.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Pour toutes ces raisons, nous recommandons Madame [Prénom Nom] sans la moindre réserve. Nous restons à la disposition de toute famille souhaitant un complément d'information, au [téléphone] ou par courriel à [e-mail].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