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Recommandation de [Prénom Nom] pour l'admission en master [intitulé du master]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soussigné(e) [Prénom NOM], [fonction] au sein du [département / laboratoire] de [établissement], ai l'honneur de recommander [Prénom Nom] pour l'admission en master [intitulé]. J'ai encadré cet(te) étudiant(e) durant [période], en tant qu'enseignant(e) de [matière] et directeur(trice) de son mémoire de licence portant sur [sujet]. À ce titre, j'ai pu apprécier régulièrement la qualité de son travail.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[Prénom] figure parmi les meilleur(e)s étudiant(e)s que j'ai encadré(e)s. Il/Elle a obtenu la note de [17/20] à mon cours de [matière], se classant parmi les premiers d'une promotion de [quatre-vingts] étudiants. Au-delà des résultats, j'ai été frappé(e) par sa capacité d'analyse : son mémoire sur [sujet] témoignait d'une réelle aptitude à problématiser, à mobiliser une bibliographie exigeante et à construire une démonstration rigoureuse. Sa rédaction est claire, structurée et d'un niveau proche de ce que l'on attend en début de master recherche.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[Prénom] fait par ailleurs preuve d'une grande autonomie et d'une curiosité intellectuelle constante : il/elle prend des initiatives, lit au-delà du programme et pose en séminaire des questions pertinentes. Son projet d'intégrer le master [intitulé] est mûrement réfléchi et parfaitement cohérent avec son parcours et ses aptitudes ; je suis convaincu(e) qu'il/elle dispose du potentiel nécessaire pour y réussir et pour s'y investir pleinement.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Pour l'ensemble de ces raisons, je recommande sans réserve l'admission de [Prénom Nom] dans votre formation. Je me tiens à votre entière disposition pour tout complément d'information que vous jugeriez utile et vous prie d'agréer, Madame, Monsieur, l'expression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