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Lettre de recommandation pour [Prénom Nom de l'étudiant]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soussigné(e) [Prénom NOM], professeur de [matière] au [nom de l'établissement], recommande avec conviction [Prénom Nom de l'étudiant], que j'ai eu le plaisir d'accompagner en classe de [niveau] durant [durée]. À raison de [nombre] heures hebdomadaires, j'ai pu observer son travail de manière suivie et me forger une appréciation solide de ses qualités.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Sur le plan académique, [Prénom] figure parmi les meilleurs élèves de sa promotion, avec une moyenne de [note] en [matière] et une progression remarquable tout au long de l'année. Au-delà des résultats, il fait preuve d'une réelle curiosité intellectuelle : il a notamment mené un exposé sur [sujet concret] qui a servi de support de révision à l'ensemble de la classe, démontrant à la fois sa rigueur et sa capacité à transmettre. Autonome et méthodique, il aborde les difficultés avec calme et persévérance.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Ses qualités humaines ne sont pas en reste : attentif à ses camarades, fiable et impliqué, il contribue positivement à la dynamique du groupe. Ces aptitudes — rigueur, curiosité, sens de l'effort — correspondent précisément aux exigences de votre formation en [intitulé de la formation], pour laquelle je suis convaincu(e) qu'il dispose du potentiel nécessaire pour réussir et s'épanouir.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C'est donc sans la moindre réserve que je recommande [Prénom Nom] pour intégrer votre établissement. Je reste naturellement à votre entière disposition pour tout renseignement complémentaire et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