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au poste de vendeuse en magasin</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Votre boutique [Nom de l'enseigne], que je fréquente régulièrement, se distingue par la qualité de son accueil et de son conseil en [prêt-à-porter / chaussures / accessoires]. C'est cet esprit de service que je souhaite mettre au profit de votre équipe, en réponse à votre annonce pour un poste de vendeuse publiée le [date / support].</w:t>
      </w:r>
    </w:p>
    <w:p>
      <w:pPr>
        <w:spacing w:after="200" w:before="0"/>
        <w:jc w:val="both"/>
      </w:pPr>
      <w:r>
        <w:rPr>
          <w:rFonts w:ascii="Calibri" w:hAnsi="Calibri"/>
          <w:b w:val="0"/>
          <w:i w:val="0"/>
          <w:color w:val="1F2937"/>
          <w:sz w:val="22"/>
        </w:rPr>
        <w:t>Au cours de [mes deux ans d'expérience en magasin / mon stage de fin de CAP / mes jobs saisonniers], j'ai développé un véritable sens du conseil : identifier le besoin d'un client, l'orienter vers le bon produit et proposer un article complémentaire pour augmenter le panier moyen. J'ai également pris en charge l'encaissement, le comptage de caisse en fin de journée ainsi que la mise en rayon et l'étiquetage selon les consignes de merchandising. Ces missions m'ont appris la rigueur, la réactivité et le goût du travail bien fait, même en période de forte affluence.</w:t>
      </w:r>
    </w:p>
    <w:p>
      <w:pPr>
        <w:spacing w:after="200" w:before="0"/>
        <w:jc w:val="both"/>
      </w:pPr>
      <w:r>
        <w:rPr>
          <w:rFonts w:ascii="Calibri" w:hAnsi="Calibri"/>
          <w:b w:val="0"/>
          <w:i w:val="0"/>
          <w:color w:val="1F2937"/>
          <w:sz w:val="22"/>
        </w:rPr>
        <w:t>Dynamique, souriante et à l'aise dans la relation client, je sais rester disponible et courtoise, y compris face à une demande difficile. Ma présentation soignée, ma résistance à un rythme soutenu et mon aisance avec les caisses tactiles et les programmes de fidélité me permettent d'être rapidement opérationnelle. Attentive aux tendances, je prends plaisir à faire vivre un rayon et à valoriser les collections auprès de la clientèle.</w:t>
      </w:r>
    </w:p>
    <w:p>
      <w:pPr>
        <w:spacing w:after="200" w:before="0"/>
        <w:jc w:val="both"/>
      </w:pPr>
      <w:r>
        <w:rPr>
          <w:rFonts w:ascii="Calibri" w:hAnsi="Calibri"/>
          <w:b w:val="0"/>
          <w:i w:val="0"/>
          <w:color w:val="1F2937"/>
          <w:sz w:val="22"/>
        </w:rPr>
        <w:t>Convaincue de pouvoir contribuer à vos objectifs de vente comme à la satisfaction de vos clients, je serais ravie de vous rencontrer pour un entretien. Je me tiens à votre disposition et reste flexible sur les horaires, week-ends et périodes de forte activité inclus.</w:t>
      </w:r>
    </w:p>
    <w:p>
      <w:pPr>
        <w:spacing w:after="360" w:before="0"/>
        <w:jc w:val="both"/>
      </w:pPr>
      <w:r>
        <w:rPr>
          <w:rFonts w:ascii="Calibri" w:hAnsi="Calibri"/>
          <w:b w:val="0"/>
          <w:i w:val="0"/>
          <w:color w:val="1F2937"/>
          <w:sz w:val="22"/>
        </w:rPr>
        <w:t>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