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</w:pPr>
      <w:r>
        <w:rPr>
          <w:rFonts w:ascii="Calibri" w:hAnsi="Calibri"/>
          <w:b/>
          <w:i w:val="0"/>
          <w:color w:val="1F2937"/>
          <w:sz w:val="24"/>
        </w:rPr>
        <w:t>[Prénom NOM]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[Adresse]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[Code postal – Ville]</w:t>
      </w:r>
    </w:p>
    <w:p>
      <w:pPr>
        <w:spacing w:after="20" w:before="0"/>
      </w:pPr>
      <w:r>
        <w:rPr>
          <w:rFonts w:ascii="Calibri" w:hAnsi="Calibri"/>
          <w:b w:val="0"/>
          <w:i w:val="0"/>
          <w:color w:val="556070"/>
          <w:sz w:val="20"/>
        </w:rPr>
        <w:t>[Téléphone] – [Email]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[Nom de l’entreprise]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À l’attention de [Nom du recruteur]</w:t>
      </w:r>
    </w:p>
    <w:p>
      <w:pPr>
        <w:spacing w:after="20" w:before="0"/>
        <w:jc w:val="right"/>
      </w:pPr>
      <w:r>
        <w:rPr>
          <w:rFonts w:ascii="Calibri" w:hAnsi="Calibri"/>
          <w:b w:val="0"/>
          <w:i w:val="0"/>
          <w:color w:val="1F2937"/>
          <w:sz w:val="20"/>
        </w:rPr>
        <w:t>[Adresse de l’entreprise]</w:t>
      </w:r>
    </w:p>
    <w:p>
      <w:pPr>
        <w:spacing w:after="120" w:before="0"/>
      </w:pPr>
      <w:r>
        <w:rPr>
          <w:rFonts w:ascii="Calibri" w:hAnsi="Calibri"/>
          <w:b w:val="0"/>
          <w:i w:val="0"/>
          <w:color w:val="1F2937"/>
          <w:sz w:val="22"/>
        </w:rPr>
      </w:r>
    </w:p>
    <w:p>
      <w:pPr>
        <w:spacing w:after="240" w:before="0"/>
        <w:jc w:val="right"/>
      </w:pPr>
      <w:r>
        <w:rPr>
          <w:rFonts w:ascii="Calibri" w:hAnsi="Calibri"/>
          <w:b w:val="0"/>
          <w:i w:val="0"/>
          <w:color w:val="1F2937"/>
          <w:sz w:val="22"/>
        </w:rPr>
        <w:t>[Ville], le [date]</w:t>
      </w:r>
    </w:p>
    <w:p>
      <w:pPr>
        <w:spacing w:after="280" w:before="0"/>
      </w:pPr>
      <w:r>
        <w:rPr>
          <w:rFonts w:ascii="Calibri" w:hAnsi="Calibri"/>
          <w:b/>
          <w:i w:val="0"/>
          <w:color w:val="1F2937"/>
          <w:sz w:val="22"/>
        </w:rPr>
        <w:t>Objet : Candidature à un stage de [durée] en [domaine], du [date de début] au [date de fin]</w:t>
      </w:r>
    </w:p>
    <w:p>
      <w:pPr>
        <w:spacing w:after="200" w:before="0"/>
      </w:pPr>
      <w:r>
        <w:rPr>
          <w:rFonts w:ascii="Calibri" w:hAnsi="Calibri"/>
          <w:b w:val="0"/>
          <w:i w:val="0"/>
          <w:color w:val="1F2937"/>
          <w:sz w:val="22"/>
        </w:rPr>
        <w:t>Madame, Monsieur,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Actuellement étudiant(e) en [intitulé de la formation] à [nom de l'établissement], j'ai été particulièrement intéressé(e) par [projet, activité ou valeur précise de l'entreprise]. Votre expertise en [domaine] correspond exactement au secteur dans lequel je souhaite approfondir mes compétences, et c'est pourquoi je me permets de vous proposer ma candidature pour un stage conventionné.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Ma formation m'a permis d'acquérir des connaissances solides en [compétences ou matières clés]. Lors de [projet d'études, travail de groupe ou première expérience], j'ai pu mettre en pratique [compétence concrète] et développer [qualité : rigueur, autonomie, esprit d'équipe]. Ce stage représenterait pour moi l'occasion de confronter ces acquis théoriques au terrain, dans le cadre des objectifs pédagogiques définis avec mon établissement.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Rejoindre votre équipe me permettrait de contribuer à [type de missions envisagées] tout en apprenant à vos côtés les exigences réelles du métier de [métier visé]. Je suis convaincu(e) que ma motivation et ma capacité à m'investir rapidement seraient utiles à [nom de l'entreprise], et je m'engage à faire de cette période un échange bénéfique pour votre structure comme pour ma formation.</w:t>
      </w:r>
    </w:p>
    <w:p>
      <w:pPr>
        <w:spacing w:after="200" w:before="0"/>
        <w:jc w:val="both"/>
      </w:pPr>
      <w:r>
        <w:rPr>
          <w:rFonts w:ascii="Calibri" w:hAnsi="Calibri"/>
          <w:b w:val="0"/>
          <w:i w:val="0"/>
          <w:color w:val="1F2937"/>
          <w:sz w:val="22"/>
        </w:rPr>
        <w:t>Disponible à partir du [date], je me tiens à votre disposition pour un entretien afin de vous exposer plus en détail mon parcours et mes motivations. Je vous prie d'agréer, Madame, Monsieur, l'expression de mes salutations distinguées.</w:t>
      </w:r>
    </w:p>
    <w:p>
      <w:pPr>
        <w:spacing w:after="40" w:before="0"/>
        <w:jc w:val="right"/>
      </w:pPr>
      <w:r>
        <w:rPr>
          <w:rFonts w:ascii="Calibri" w:hAnsi="Calibri"/>
          <w:b/>
          <w:i w:val="0"/>
          <w:color w:val="1F2937"/>
          <w:sz w:val="22"/>
        </w:rPr>
        <w:t>[Prénom NOM]</w:t>
      </w:r>
    </w:p>
    <w:p>
      <w:pPr>
        <w:spacing w:after="0" w:before="0"/>
        <w:jc w:val="right"/>
      </w:pPr>
      <w:r>
        <w:rPr>
          <w:rFonts w:ascii="Calibri" w:hAnsi="Calibri"/>
          <w:b w:val="0"/>
          <w:i/>
          <w:color w:val="556070"/>
          <w:sz w:val="20"/>
        </w:rPr>
        <w:t>[Signature]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