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Demande de stage d'observation en milieu professionnel – classe de 3ème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Élève en classe de 3ème au collège [Nom du collège], je dois effectuer une semaine de stage d'observation en entreprise du [date de début] au [date de fin]. Passionné(e) par [le domaine concerné : le métier de vétérinaire, l'univers de la cuisine, l'informatique, etc.], je me permets de vous adresser ma candidature pour découvrir votre [entreprise / atelier / cabinet / service].</w:t>
      </w:r>
    </w:p>
    <w:p>
      <w:pPr>
        <w:spacing w:after="200" w:before="0"/>
        <w:jc w:val="both"/>
      </w:pPr>
      <w:r>
        <w:rPr>
          <w:rFonts w:ascii="Calibri" w:hAnsi="Calibri"/>
          <w:b w:val="0"/>
          <w:i w:val="0"/>
          <w:color w:val="1F2937"/>
          <w:sz w:val="22"/>
        </w:rPr>
        <w:t>J'ai choisi votre [entreprise] parce que [raison précise : sa réputation dans la région, une activité qui m'intéresse, un produit que j'apprécie]. Au collège, j'aime particulièrement [matière préférée] et je souhaiterais mieux comprendre en quoi consiste réellement le métier de [métier visé]. Ce stage serait pour moi l'occasion d'observer votre travail au quotidien et de commencer à réfléchir à mon orientation.</w:t>
      </w:r>
    </w:p>
    <w:p>
      <w:pPr>
        <w:spacing w:after="200" w:before="0"/>
        <w:jc w:val="both"/>
      </w:pPr>
      <w:r>
        <w:rPr>
          <w:rFonts w:ascii="Calibri" w:hAnsi="Calibri"/>
          <w:b w:val="0"/>
          <w:i w:val="0"/>
          <w:color w:val="1F2937"/>
          <w:sz w:val="22"/>
        </w:rPr>
        <w:t>Je suis quelqu'un de [deux ou trois qualités : sérieux, ponctuel, curieux], et je m'engage à respecter les consignes ainsi que les règles de votre établissement pendant toute la durée du stage. Bien sûr, cette période d'observation ferait l'objet d'une convention signée par mon collège, par vos soins et par mes parents.</w:t>
      </w:r>
    </w:p>
    <w:p>
      <w:pPr>
        <w:spacing w:after="200" w:before="0"/>
        <w:jc w:val="both"/>
      </w:pPr>
      <w:r>
        <w:rPr>
          <w:rFonts w:ascii="Calibri" w:hAnsi="Calibri"/>
          <w:b w:val="0"/>
          <w:i w:val="0"/>
          <w:color w:val="1F2937"/>
          <w:sz w:val="22"/>
        </w:rPr>
        <w:t>Je me tiens à votre disposition pour un rendez-vous ou un appel afin de vous présenter ma demande. En vous remerciant de l'attention portée à ma candidature, je vous prie d'agréer, Madame, Monsieur, l'expression de mes salutations respectueuses.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