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 w:before="0"/>
        <w:jc w:val="left"/>
      </w:pPr>
      <w:r>
        <w:rPr>
          <w:b/>
          <w:i w:val="0"/>
          <w:color w:val="EA580C"/>
          <w:sz w:val="30"/>
        </w:rPr>
        <w:t>[Prénom Nom]</w:t>
      </w:r>
    </w:p>
    <w:p>
      <w:pPr>
        <w:spacing w:after="20" w:before="0"/>
        <w:jc w:val="left"/>
      </w:pPr>
      <w:r>
        <w:rPr>
          <w:b w:val="0"/>
          <w:i w:val="0"/>
          <w:color w:val="6B7280"/>
          <w:sz w:val="18"/>
        </w:rPr>
        <w:t>[Adresse]</w:t>
      </w:r>
    </w:p>
    <w:p>
      <w:pPr>
        <w:spacing w:after="20" w:before="0"/>
        <w:jc w:val="left"/>
      </w:pPr>
      <w:r>
        <w:rPr>
          <w:b w:val="0"/>
          <w:i w:val="0"/>
          <w:color w:val="6B7280"/>
          <w:sz w:val="18"/>
        </w:rPr>
        <w:t>[Code postal, Ville]</w:t>
      </w:r>
    </w:p>
    <w:p>
      <w:pPr>
        <w:spacing w:after="20" w:before="0"/>
        <w:jc w:val="left"/>
      </w:pPr>
      <w:r>
        <w:rPr>
          <w:b w:val="0"/>
          <w:i w:val="0"/>
          <w:color w:val="6B7280"/>
          <w:sz w:val="18"/>
        </w:rPr>
        <w:t>[Téléphone] · [Email]</w:t>
      </w:r>
    </w:p>
    <w:p>
      <w:pPr>
        <w:spacing w:after="80" w:before="0"/>
        <w:jc w:val="left"/>
      </w:pPr>
    </w:p>
    <w:p>
      <w:pPr>
        <w:spacing w:after="20" w:before="0"/>
        <w:jc w:val="right"/>
      </w:pPr>
      <w:r>
        <w:rPr>
          <w:b/>
          <w:i w:val="0"/>
          <w:color w:val="1E2935"/>
          <w:sz w:val="21"/>
        </w:rPr>
        <w:t>[Nom de l’entreprise]</w:t>
      </w:r>
    </w:p>
    <w:p>
      <w:pPr>
        <w:spacing w:after="20" w:before="0"/>
        <w:jc w:val="right"/>
      </w:pPr>
      <w:r>
        <w:rPr>
          <w:b w:val="0"/>
          <w:i w:val="0"/>
          <w:color w:val="1E2935"/>
          <w:sz w:val="19"/>
        </w:rPr>
        <w:t>À l’attention de [service / recruteur]</w:t>
      </w:r>
    </w:p>
    <w:p>
      <w:pPr>
        <w:spacing w:after="20" w:before="0"/>
        <w:jc w:val="right"/>
      </w:pPr>
      <w:r>
        <w:rPr>
          <w:b w:val="0"/>
          <w:i w:val="0"/>
          <w:color w:val="1E2935"/>
          <w:sz w:val="19"/>
        </w:rPr>
        <w:t>[Adresse]</w:t>
      </w:r>
    </w:p>
    <w:p>
      <w:pPr>
        <w:spacing w:after="20" w:before="0"/>
        <w:jc w:val="right"/>
      </w:pPr>
      <w:r>
        <w:rPr>
          <w:b w:val="0"/>
          <w:i w:val="0"/>
          <w:color w:val="1E2935"/>
          <w:sz w:val="19"/>
        </w:rPr>
        <w:t>[Code postal, Ville]</w:t>
      </w:r>
    </w:p>
    <w:p>
      <w:pPr>
        <w:spacing w:after="160" w:before="120"/>
        <w:jc w:val="right"/>
      </w:pPr>
      <w:r>
        <w:rPr>
          <w:b w:val="0"/>
          <w:i w:val="0"/>
          <w:color w:val="1E2935"/>
          <w:sz w:val="20"/>
        </w:rPr>
        <w:t>[Ville], le [__/__/____]</w:t>
      </w:r>
    </w:p>
    <w:p>
      <w:pPr>
        <w:spacing w:after="160" w:before="0"/>
        <w:jc w:val="left"/>
      </w:pPr>
      <w:r>
        <w:rPr>
          <w:b/>
          <w:i w:val="0"/>
          <w:color w:val="EA580C"/>
          <w:sz w:val="20"/>
        </w:rPr>
        <w:t xml:space="preserve">Objet : </w:t>
      </w:r>
      <w:r>
        <w:rPr>
          <w:b w:val="0"/>
          <w:i w:val="0"/>
          <w:sz w:val="20"/>
        </w:rPr>
        <w:t>Candidature spontanée — poste de [intitulé]</w:t>
      </w:r>
    </w:p>
    <w:p>
      <w:pPr>
        <w:spacing w:after="160" w:before="0"/>
        <w:jc w:val="left"/>
      </w:pPr>
      <w:r>
        <w:rPr>
          <w:b w:val="0"/>
          <w:i w:val="0"/>
          <w:color w:val="1E2935"/>
          <w:sz w:val="20"/>
        </w:rPr>
        <w:t>Madame, Monsieur,</w:t>
      </w:r>
    </w:p>
    <w:p>
      <w:pPr>
        <w:spacing w:after="160" w:before="0"/>
        <w:jc w:val="both"/>
      </w:pPr>
      <w:r>
        <w:rPr>
          <w:b w:val="0"/>
          <w:i w:val="0"/>
          <w:color w:val="1E2935"/>
          <w:sz w:val="20"/>
        </w:rPr>
        <w:t>Actuellement [votre situation], je me permets de vous adresser ma candidature spontanée : votre entreprise [nom] fait partie des acteurs que j’admire dans [secteur], et je serais fier(e) d’y mettre mes compétences au service de vos projets.</w:t>
      </w:r>
    </w:p>
    <w:p>
      <w:pPr>
        <w:spacing w:after="160" w:before="0"/>
        <w:jc w:val="both"/>
      </w:pPr>
      <w:r>
        <w:rPr>
          <w:b w:val="0"/>
          <w:i w:val="0"/>
          <w:color w:val="1E2935"/>
          <w:sz w:val="20"/>
        </w:rPr>
        <w:t>Bien que vous n’ayez pas d’offre publiée pour un poste de [intitulé], je suis convaincu(e) que mon profil peut répondre à vos besoins, notamment en matière de [domaine].</w:t>
      </w:r>
    </w:p>
    <w:p>
      <w:pPr>
        <w:spacing w:after="160" w:before="0"/>
        <w:jc w:val="both"/>
      </w:pPr>
      <w:r>
        <w:rPr>
          <w:b w:val="0"/>
          <w:i w:val="0"/>
          <w:color w:val="1E2935"/>
          <w:sz w:val="20"/>
        </w:rPr>
        <w:t>Fort(e) de [mon parcours], j’ai [réalisations chiffrées]. Je maîtrise [compétences clés] et j’apporterais [valeur concrète pour l’entreprise].</w:t>
      </w:r>
    </w:p>
    <w:p>
      <w:pPr>
        <w:spacing w:after="160" w:before="0"/>
        <w:jc w:val="both"/>
      </w:pPr>
      <w:r>
        <w:rPr>
          <w:b w:val="0"/>
          <w:i w:val="0"/>
          <w:color w:val="1E2935"/>
          <w:sz w:val="20"/>
        </w:rPr>
        <w:t>Je reste à votre disposition pour échanger sur les opportunités, actuelles ou futures, au sein de votre structure.</w:t>
      </w:r>
    </w:p>
    <w:p>
      <w:pPr>
        <w:spacing w:after="240" w:before="40"/>
        <w:jc w:val="both"/>
      </w:pPr>
      <w:r>
        <w:rPr>
          <w:b w:val="0"/>
          <w:i w:val="0"/>
          <w:color w:val="1E2935"/>
          <w:sz w:val="20"/>
        </w:rPr>
        <w:t>Je vous prie d’agréer, Madame, Monsieur, l’expression de mes salutations distinguées.</w:t>
      </w:r>
    </w:p>
    <w:p>
      <w:pPr>
        <w:spacing w:after="20" w:before="0"/>
        <w:jc w:val="right"/>
      </w:pPr>
      <w:r>
        <w:rPr>
          <w:b w:val="0"/>
          <w:i w:val="0"/>
          <w:color w:val="1E2935"/>
          <w:sz w:val="20"/>
        </w:rPr>
        <w:t>[Prénom Nom]</w:t>
      </w:r>
    </w:p>
    <w:p>
      <w:pPr>
        <w:spacing w:after="20" w:before="0"/>
        <w:jc w:val="right"/>
      </w:pPr>
      <w:r>
        <w:rPr>
          <w:b w:val="0"/>
          <w:i/>
          <w:color w:val="6B7280"/>
          <w:sz w:val="17"/>
        </w:rPr>
        <w:t>(signature)</w:t>
      </w:r>
    </w:p>
    <w:p>
      <w:pPr>
        <w:spacing w:after="80" w:before="120"/>
        <w:jc w:val="left"/>
      </w:pPr>
      <w:r>
        <w:rPr>
          <w:b w:val="0"/>
          <w:i/>
          <w:color w:val="6B7280"/>
          <w:sz w:val="15"/>
        </w:rPr>
        <w:t>Modèle — remplacez les champs entre crochets par vos informations.</w:t>
      </w:r>
    </w:p>
    <w:sectPr w:rsidR="00FC693F" w:rsidRPr="0006063C" w:rsidSect="00034616">
      <w:pgSz w:w="12240" w:h="15840"/>
      <w:pgMar w:top="907" w:right="1020" w:bottom="79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222A35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