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before="0"/>
      </w:pPr>
      <w:r>
        <w:rPr>
          <w:rFonts w:ascii="Calibri" w:hAnsi="Calibri"/>
          <w:b/>
          <w:i w:val="0"/>
          <w:color w:val="1F2937"/>
          <w:sz w:val="24"/>
        </w:rPr>
        <w:t>[Prénom NOM]</w:t>
      </w:r>
    </w:p>
    <w:p>
      <w:pPr>
        <w:spacing w:after="20" w:before="0"/>
      </w:pPr>
      <w:r>
        <w:rPr>
          <w:rFonts w:ascii="Calibri" w:hAnsi="Calibri"/>
          <w:b w:val="0"/>
          <w:i w:val="0"/>
          <w:color w:val="556070"/>
          <w:sz w:val="20"/>
        </w:rPr>
        <w:t>[Adresse]</w:t>
      </w:r>
    </w:p>
    <w:p>
      <w:pPr>
        <w:spacing w:after="20" w:before="0"/>
      </w:pPr>
      <w:r>
        <w:rPr>
          <w:rFonts w:ascii="Calibri" w:hAnsi="Calibri"/>
          <w:b w:val="0"/>
          <w:i w:val="0"/>
          <w:color w:val="556070"/>
          <w:sz w:val="20"/>
        </w:rPr>
        <w:t>[Code postal – Ville]</w:t>
      </w:r>
    </w:p>
    <w:p>
      <w:pPr>
        <w:spacing w:after="20" w:before="0"/>
      </w:pPr>
      <w:r>
        <w:rPr>
          <w:rFonts w:ascii="Calibri" w:hAnsi="Calibri"/>
          <w:b w:val="0"/>
          <w:i w:val="0"/>
          <w:color w:val="556070"/>
          <w:sz w:val="20"/>
        </w:rPr>
        <w:t>[Téléphone] – [Email]</w:t>
      </w:r>
    </w:p>
    <w:p>
      <w:pPr>
        <w:spacing w:after="20" w:before="0"/>
        <w:jc w:val="right"/>
      </w:pPr>
      <w:r>
        <w:rPr>
          <w:rFonts w:ascii="Calibri" w:hAnsi="Calibri"/>
          <w:b w:val="0"/>
          <w:i w:val="0"/>
          <w:color w:val="1F2937"/>
          <w:sz w:val="20"/>
        </w:rPr>
        <w:t>[Nom de l’entreprise]</w:t>
      </w:r>
    </w:p>
    <w:p>
      <w:pPr>
        <w:spacing w:after="20" w:before="0"/>
        <w:jc w:val="right"/>
      </w:pPr>
      <w:r>
        <w:rPr>
          <w:rFonts w:ascii="Calibri" w:hAnsi="Calibri"/>
          <w:b w:val="0"/>
          <w:i w:val="0"/>
          <w:color w:val="1F2937"/>
          <w:sz w:val="20"/>
        </w:rPr>
        <w:t>À l’attention de [Nom du recruteur]</w:t>
      </w:r>
    </w:p>
    <w:p>
      <w:pPr>
        <w:spacing w:after="20" w:before="0"/>
        <w:jc w:val="right"/>
      </w:pPr>
      <w:r>
        <w:rPr>
          <w:rFonts w:ascii="Calibri" w:hAnsi="Calibri"/>
          <w:b w:val="0"/>
          <w:i w:val="0"/>
          <w:color w:val="1F2937"/>
          <w:sz w:val="20"/>
        </w:rPr>
        <w:t>[Adresse de l’entreprise]</w:t>
      </w:r>
    </w:p>
    <w:p>
      <w:pPr>
        <w:spacing w:after="120" w:before="0"/>
      </w:pPr>
      <w:r>
        <w:rPr>
          <w:rFonts w:ascii="Calibri" w:hAnsi="Calibri"/>
          <w:b w:val="0"/>
          <w:i w:val="0"/>
          <w:color w:val="1F2937"/>
          <w:sz w:val="22"/>
        </w:rPr>
      </w:r>
    </w:p>
    <w:p>
      <w:pPr>
        <w:spacing w:after="240" w:before="0"/>
        <w:jc w:val="right"/>
      </w:pPr>
      <w:r>
        <w:rPr>
          <w:rFonts w:ascii="Calibri" w:hAnsi="Calibri"/>
          <w:b w:val="0"/>
          <w:i w:val="0"/>
          <w:color w:val="1F2937"/>
          <w:sz w:val="22"/>
        </w:rPr>
        <w:t>[Ville], le [date]</w:t>
      </w:r>
    </w:p>
    <w:p>
      <w:pPr>
        <w:spacing w:after="280" w:before="0"/>
      </w:pPr>
      <w:r>
        <w:rPr>
          <w:rFonts w:ascii="Calibri" w:hAnsi="Calibri"/>
          <w:b/>
          <w:i w:val="0"/>
          <w:color w:val="1F2937"/>
          <w:sz w:val="22"/>
        </w:rPr>
        <w:t>Objet : Candidature au poste de développeuse web junior — reconversion professionnelle</w:t>
      </w:r>
    </w:p>
    <w:p>
      <w:pPr>
        <w:spacing w:after="200" w:before="0"/>
      </w:pPr>
      <w:r>
        <w:rPr>
          <w:rFonts w:ascii="Calibri" w:hAnsi="Calibri"/>
          <w:b w:val="0"/>
          <w:i w:val="0"/>
          <w:color w:val="1F2937"/>
          <w:sz w:val="22"/>
        </w:rPr>
        <w:t>Madame, Monsieur,</w:t>
      </w:r>
    </w:p>
    <w:p>
      <w:pPr>
        <w:spacing w:after="200" w:before="0"/>
        <w:jc w:val="both"/>
      </w:pPr>
      <w:r>
        <w:rPr>
          <w:rFonts w:ascii="Calibri" w:hAnsi="Calibri"/>
          <w:b w:val="0"/>
          <w:i w:val="0"/>
          <w:color w:val="1F2937"/>
          <w:sz w:val="22"/>
        </w:rPr>
        <w:t>Après huit années passées comme assistante commerciale, j'ai fait le choix réfléchi de me reconvertir dans le développement web, un domaine vers lequel une curiosité personnelle grandissante m'a naturellement conduite. Votre offre de développeuse web junior au sein de [Nom de l'entreprise] correspond précisément au projet que je construis depuis dix-huit mois, et c'est avec un enthousiasme sincère que je vous adresse ma candidature.</w:t>
      </w:r>
    </w:p>
    <w:p>
      <w:pPr>
        <w:spacing w:after="200" w:before="0"/>
        <w:jc w:val="both"/>
      </w:pPr>
      <w:r>
        <w:rPr>
          <w:rFonts w:ascii="Calibri" w:hAnsi="Calibri"/>
          <w:b w:val="0"/>
          <w:i w:val="0"/>
          <w:color w:val="1F2937"/>
          <w:sz w:val="22"/>
        </w:rPr>
        <w:t>Ce projet, je ne l'ai pas engagé à la légère. Un bilan de compétences m'a d'abord confortée dans mon appétence pour la logique et la résolution de problèmes, puis j'ai suivi une formation certifiante de développeur web de [durée] mois, financée grâce à mon compte personnel de formation. J'y ai acquis la maîtrise de [technologies : HTML, CSS, JavaScript, framework…] et réalisé plusieurs projets concrets, dont [exemple de réalisation], que je me tiens à votre disposition pour vous présenter.</w:t>
      </w:r>
    </w:p>
    <w:p>
      <w:pPr>
        <w:spacing w:after="200" w:before="0"/>
        <w:jc w:val="both"/>
      </w:pPr>
      <w:r>
        <w:rPr>
          <w:rFonts w:ascii="Calibri" w:hAnsi="Calibri"/>
          <w:b w:val="0"/>
          <w:i w:val="0"/>
          <w:color w:val="1F2937"/>
          <w:sz w:val="22"/>
        </w:rPr>
        <w:t>Mon parcours commercial constitue aujourd'hui un véritable atout. La rigueur, le sens de l'organisation et la gestion des priorités que j'y ai développés se transposent directement au travail d'équipe en environnement projet. Habituée à traduire les besoins de mes clients en solutions concrètes, je sais dialoguer avec des interlocuteurs non techniques et rester orientée vers le résultat — une double compétence, technique et relationnelle, encore rare parmi les profils juniors.</w:t>
      </w:r>
    </w:p>
    <w:p>
      <w:pPr>
        <w:spacing w:after="200" w:before="0"/>
        <w:jc w:val="both"/>
      </w:pPr>
      <w:r>
        <w:rPr>
          <w:rFonts w:ascii="Calibri" w:hAnsi="Calibri"/>
          <w:b w:val="0"/>
          <w:i w:val="0"/>
          <w:color w:val="1F2937"/>
          <w:sz w:val="22"/>
        </w:rPr>
        <w:t>L'attention que [Nom de l'entreprise] porte à [valeur, projet ou spécificité de l'entreprise] rejoint pleinement ma manière de travailler, et je serais fière de contribuer à vos projets tout en poursuivant ma montée en compétences. Je me tiens à votre disposition pour un entretien au cours duquel je pourrai vous exposer ma motivation et mes réalisations.</w:t>
      </w:r>
    </w:p>
    <w:p>
      <w:pPr>
        <w:spacing w:after="360" w:before="0"/>
        <w:jc w:val="both"/>
      </w:pPr>
      <w:r>
        <w:rPr>
          <w:rFonts w:ascii="Calibri" w:hAnsi="Calibri"/>
          <w:b w:val="0"/>
          <w:i w:val="0"/>
          <w:color w:val="1F2937"/>
          <w:sz w:val="22"/>
        </w:rPr>
        <w:t>Je vous prie d’agréer, Madame, Monsieur, l’expression de mes salutations distinguées.</w:t>
      </w:r>
    </w:p>
    <w:p>
      <w:pPr>
        <w:spacing w:after="40" w:before="0"/>
        <w:jc w:val="right"/>
      </w:pPr>
      <w:r>
        <w:rPr>
          <w:rFonts w:ascii="Calibri" w:hAnsi="Calibri"/>
          <w:b/>
          <w:i w:val="0"/>
          <w:color w:val="1F2937"/>
          <w:sz w:val="22"/>
        </w:rPr>
        <w:t>[Prénom NOM]</w:t>
      </w:r>
    </w:p>
    <w:p>
      <w:pPr>
        <w:spacing w:after="0" w:before="0"/>
        <w:jc w:val="right"/>
      </w:pPr>
      <w:r>
        <w:rPr>
          <w:rFonts w:ascii="Calibri" w:hAnsi="Calibri"/>
          <w:b w:val="0"/>
          <w:i/>
          <w:color w:val="556070"/>
          <w:sz w:val="20"/>
        </w:rPr>
        <w:t>[Signature]</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