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Candidature interne au poste de [intitulé du poste visé]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Collaborateur(trice) au sein de [nom de l'entreprise] depuis [durée] en tant que [poste actuel], j'ai pris connaissance de l'ouverture du poste de [intitulé du poste visé] au sein du service [X]. C'est avec un réel enthousiasme que je souhaite faire acte de candidature, cette évolution s'inscrivant dans la continuité naturelle de mon parcours et de mon engagement dans l'entreprise.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Au cours des [durée] passées à ce poste, j'ai développé une connaissance approfondie de nos process et de nos enjeux. J'ai notamment [réalisation chiffrée n°1, ex. : piloté la refonte du suivi fournisseurs, réduisant les délais de traitement de 30 %] et [réalisation chiffrée n°2, ex. : accompagné l'intégration de trois nouveaux collaborateurs, désormais pleinement autonomes]. Ces expériences m'ont permis d'acquérir [compétence clé attendue sur le poste visé] et de démontrer ma capacité à assumer des responsabilités élargies.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Le poste de [intitulé] rejoint pleinement mon projet professionnel. Ma connaissance de l'organisation, des équipes et de nos objectifs me permettrait d'être opérationnel(le) rapidement, sans phase d'adaptation. Je suis convaincu(e) de pouvoir y apporter [valeur ajoutée concrète : rigueur d'exécution, vision du service, capacité d'encadrement] au service de la performance de [nom du service ou de l'entreprise].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me tiens à votre disposition pour un entretien afin de vous exposer plus en détail ma motivation et la manière dont j'envisage cette prise de fonction. Je vous remercie de l'attention portée à ma candidature.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