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Projet de formation motivé — BUT Techniques de commercialisation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Intéressé par les relations humaines et le monde de l'entreprise, je souhaite intégrer le BUT Techniques de commercialisation, dont l'équilibre entre théorie, projets concrets et stages correspond exactement à ma manière d'apprendre.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Ma spécialité [SES / choix de spécialités] m'a donné le goût de l'analyse des marchés et du comportement des consommateurs. En parallèle, mon expérience de [délégué de classe / job d'été en vente / mini-entreprise] m'a permis de développer le sens du contact, l'écoute et la capacité à convaincre, des qualités au cœur des attendus de cette formation. J'apprécie particulièrement le travail en équipe et la mise en situation, que la pédagogie par projets du BUT valorise pleinement.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À terme, je souhaite m'orienter vers les métiers du [marketing / de la vente / de la communication], en poursuivant éventuellement en licence professionnelle ou en école après le diplôme. Le BUT proposé à [nom de l'établissement], et son ouverture à l'alternance, constituent selon moi la voie la plus concrète pour construire ce projet.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Rigoureux, curieux et motivé, je suis prêt à m'investir pleinement dans cette formation exigeante et professionnalisante.</w:t>
      </w:r>
    </w:p>
    <w:p>
      <w:pPr>
        <w:spacing w:after="36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d’agréer, Madame, Monsieur, l’expression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