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A580C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2"/>
              </w:rPr>
              <w:t>[Prénom Nom]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F7BFA2"/>
                <w:sz w:val="18"/>
              </w:rPr>
              <w:t>[Adresse]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F7BFA2"/>
                <w:sz w:val="18"/>
              </w:rPr>
              <w:t>[Code postal, Ville]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F7BFA2"/>
                <w:sz w:val="18"/>
              </w:rPr>
              <w:t>[Téléphone] · [Email]</w:t>
            </w:r>
          </w:p>
          <w:p>
            <w:pPr>
              <w:spacing w:after="120" w:before="0"/>
              <w:jc w:val="left"/>
            </w:pPr>
          </w:p>
        </w:tc>
      </w:tr>
    </w:tbl>
    <w:p>
      <w:pPr>
        <w:spacing w:after="120"/>
      </w:pPr>
    </w:p>
    <w:p>
      <w:pPr>
        <w:spacing w:after="80" w:before="0"/>
        <w:jc w:val="left"/>
      </w:pPr>
    </w:p>
    <w:p>
      <w:pPr>
        <w:spacing w:after="20" w:before="0"/>
        <w:jc w:val="right"/>
      </w:pPr>
      <w:r>
        <w:rPr>
          <w:b/>
          <w:i w:val="0"/>
          <w:color w:val="1E2935"/>
          <w:sz w:val="21"/>
        </w:rPr>
        <w:t>[Nom de l’entreprise]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À l’attention de [service / recruteur]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[Adresse]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[Code postal, Ville]</w:t>
      </w: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[Ville], le [__/__/____]</w:t>
      </w:r>
    </w:p>
    <w:p>
      <w:pPr>
        <w:spacing w:after="160" w:before="0"/>
        <w:jc w:val="left"/>
      </w:pPr>
      <w:r>
        <w:rPr>
          <w:b/>
          <w:i w:val="0"/>
          <w:color w:val="EA580C"/>
          <w:sz w:val="20"/>
        </w:rPr>
        <w:t xml:space="preserve">Objet : </w:t>
      </w:r>
      <w:r>
        <w:rPr>
          <w:b w:val="0"/>
          <w:i w:val="0"/>
          <w:sz w:val="20"/>
        </w:rPr>
        <w:t>Candidature au poste de [intitulé] — réf. [référence de l’annonce]</w:t>
      </w:r>
    </w:p>
    <w:p>
      <w:pPr>
        <w:spacing w:after="160" w:before="0"/>
        <w:jc w:val="left"/>
      </w:pPr>
      <w:r>
        <w:rPr>
          <w:b w:val="0"/>
          <w:i w:val="0"/>
          <w:color w:val="1E2935"/>
          <w:sz w:val="20"/>
        </w:rPr>
        <w:t>Madame, Monsieur,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J’ai pris connaissance avec grand intérêt de votre offre pour le poste de [intitulé], publiée le [date] sur [support]. Mon profil correspond aux compétences que vous recherchez et je souhaite vivement rejoindre votre équipe.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Votre entreprise [nom] m’intéresse particulièrement pour [raison précise : projets, valeurs, secteur]. Le poste proposé rejoint pleinement mon projet professionnel.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Au cours de [mes expériences], j’ai développé [compétences en lien avec l’offre]. Lors de [expérience marquante], j’ai [réalisation concrète et chiffrée], ce qui illustre ma capacité à [qualité attendue].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Disponible pour un entretien à votre convenance, je serais ravi(e) de vous exposer ma motivation de vive voix.</w:t>
      </w:r>
    </w:p>
    <w:p>
      <w:pPr>
        <w:spacing w:after="240" w:before="40"/>
        <w:jc w:val="both"/>
      </w:pPr>
      <w:r>
        <w:rPr>
          <w:b w:val="0"/>
          <w:i w:val="0"/>
          <w:color w:val="1E2935"/>
          <w:sz w:val="20"/>
        </w:rPr>
        <w:t>Dans l’attente de votre réponse, je vous prie d’agréer, Madame, Monsieur, l’expression de mes salutations distinguées.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[Prénom Nom]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