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Candidature au poste d'hôtesse de caisse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Actuellement à la recherche d'un poste en grande distribution, j'ai pris connaissance avec intérêt de votre offre d'hôtesse de caisse au sein du magasin [nom de l'enseigne] de [ville]. Disponible immédiatement et à l'aise dans le contact avec le public, je souhaite mettre mon sérieux et mon sens du service au service de votre équipe.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Le passage en caisse est un moment clé de l'expérience client : il doit être rapide, exact et agréable. Rigoureuse et concentrée, je réalise les encaissements sans erreur, maîtrise les différents moyens de paiement (carte, espèces, chèques, titres) et veille à l'exactitude du rendu de monnaie ainsi qu'à la bonne tenue de ma caisse. Lors de [mon expérience en vente / mon job d'été / mon activité associative], j'ai appris à garder mon calme et le sourire même aux heures de forte affluence, tout en fluidifiant l'attente des clients.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Ponctuelle et fiable, je sais l'importance de la confiance qu'exige un poste de caisse. J'apprécie le travail en équipe et je m'adapte volontiers aux horaires décalés, aux week-ends et au rythme soutenu de la grande distribution. Votre enseigne, réputée pour [la qualité de son accueil / sa proximité / son dynamisme], correspond pleinement à l'environnement dans lequel je souhaite m'investir durablement.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Je serais ravie de vous exposer ma motivation lors d'un entretien, à la date qui vous conviendra. Dans l'attente de votre réponse, je vous prie d'agréer, Madame, Monsieur, l'expression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