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Candidature à la formation [intitulé exact de la formation]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Actuellement [situation actuelle : en poste, en recherche d'emploi, en reconversion], je souhaite intégrer votre formation [intitulé] afin de concrétiser mon projet professionnel de [métier ou objectif visé]. Reconnue pour [qualité de l'établissement ou de la formation : taux d'insertion, spécialisation, modalités], cette formation correspond précisément à l'étape qu'il me manque pour atteindre cet objectif.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Mon parcours de [formation ou expérience antérieure] m'a permis d'acquérir [compétences ou connaissances transférables]. Au fil de [expérience, projet, immersion], j'ai confirmé mon intérêt pour [domaine visé] et identifié le besoin de me former de manière structurée. Le programme que vous proposez, notamment le module [élément précis du programme], répond directement à ce besoin et me permettra de développer [compétence attendue].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Déterminé et organisé, je suis pleinement conscient de l'investissement que représente ce parcours. J'ai d'ores et déjà [démarche concrète : MOOC suivi, échange avec un professionnel, étude du secteur], ce qui témoigne du sérieux de ma démarche. Pour le financement, j'envisage de mobiliser [dispositif : CPF, AIF France Travail, plan de développement des compétences], et je me tiens à votre disposition pour constituer le dossier correspondant.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serais honoré de vous exposer plus en détail mon projet lors d'un entretien. Vous trouverez ci-joint mon curriculum vitae et reste disponible pour tout renseignement complémentaire.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